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Open Sans" w:hAnsi="Open Sans"/>
          <w:b/>
          <w:sz w:val="32"/>
        </w:rPr>
        <w:t>Kuwait Bird Checklist V3</w:t>
      </w:r>
    </w:p>
    <w:p>
      <w:r>
        <w:rPr>
          <w:rFonts w:ascii="Open Sans" w:hAnsi="Open Sans"/>
          <w:i/>
          <w:sz w:val="22"/>
        </w:rPr>
        <w:t>Updated: 13 September 2026 — 425 species</w:t>
      </w:r>
    </w:p>
    <w:p>
      <w:r>
        <w:rPr>
          <w:rFonts w:ascii="Open Sans" w:hAnsi="Open Sans"/>
          <w:sz w:val="23"/>
        </w:rPr>
        <w:t>Mute Swan Cygnus olor</w:t>
      </w:r>
    </w:p>
    <w:p>
      <w:r>
        <w:rPr>
          <w:rFonts w:ascii="Open Sans" w:hAnsi="Open Sans"/>
          <w:sz w:val="23"/>
        </w:rPr>
        <w:t>Greylag Goose Anser anser rubrirostris</w:t>
      </w:r>
    </w:p>
    <w:p>
      <w:r>
        <w:rPr>
          <w:rFonts w:ascii="Open Sans" w:hAnsi="Open Sans"/>
          <w:sz w:val="23"/>
        </w:rPr>
        <w:t>Greater White-fronted Goose Anser albifrons</w:t>
      </w:r>
    </w:p>
    <w:p>
      <w:r>
        <w:rPr>
          <w:rFonts w:ascii="Open Sans" w:hAnsi="Open Sans"/>
          <w:sz w:val="23"/>
        </w:rPr>
        <w:t>Common Shelduck Tadorna tadorna</w:t>
      </w:r>
    </w:p>
    <w:p>
      <w:r>
        <w:rPr>
          <w:rFonts w:ascii="Open Sans" w:hAnsi="Open Sans"/>
          <w:sz w:val="23"/>
        </w:rPr>
        <w:t>Ruddy Shelduck Tadorna ferruginea</w:t>
      </w:r>
    </w:p>
    <w:p>
      <w:r>
        <w:rPr>
          <w:rFonts w:ascii="Open Sans" w:hAnsi="Open Sans"/>
          <w:sz w:val="23"/>
        </w:rPr>
        <w:t>Long-tailed Duck Clangula hyemalis</w:t>
      </w:r>
    </w:p>
    <w:p>
      <w:r>
        <w:rPr>
          <w:rFonts w:ascii="Open Sans" w:hAnsi="Open Sans"/>
          <w:sz w:val="23"/>
        </w:rPr>
        <w:t>Red-breasted Merganser Mergus serrator</w:t>
      </w:r>
    </w:p>
    <w:p>
      <w:r>
        <w:rPr>
          <w:rFonts w:ascii="Open Sans" w:hAnsi="Open Sans"/>
          <w:sz w:val="23"/>
        </w:rPr>
        <w:t>Marbled Duck Marmaronetta angustirostris</w:t>
      </w:r>
    </w:p>
    <w:p>
      <w:r>
        <w:rPr>
          <w:rFonts w:ascii="Open Sans" w:hAnsi="Open Sans"/>
          <w:sz w:val="23"/>
        </w:rPr>
        <w:t>Red-crested Pochard Netta rufina</w:t>
      </w:r>
    </w:p>
    <w:p>
      <w:r>
        <w:rPr>
          <w:rFonts w:ascii="Open Sans" w:hAnsi="Open Sans"/>
          <w:sz w:val="23"/>
        </w:rPr>
        <w:t>Ferruginous Duck Aythya nyroca</w:t>
      </w:r>
    </w:p>
    <w:p>
      <w:r>
        <w:rPr>
          <w:rFonts w:ascii="Open Sans" w:hAnsi="Open Sans"/>
          <w:sz w:val="23"/>
        </w:rPr>
        <w:t>Common Pochard Aythya ferina</w:t>
      </w:r>
    </w:p>
    <w:p>
      <w:r>
        <w:rPr>
          <w:rFonts w:ascii="Open Sans" w:hAnsi="Open Sans"/>
          <w:sz w:val="23"/>
        </w:rPr>
        <w:t>Tufted Duck Aythya fuligula</w:t>
      </w:r>
    </w:p>
    <w:p>
      <w:r>
        <w:rPr>
          <w:rFonts w:ascii="Open Sans" w:hAnsi="Open Sans"/>
          <w:sz w:val="23"/>
        </w:rPr>
        <w:t>Greater Scaup Aythya marila</w:t>
      </w:r>
    </w:p>
    <w:p>
      <w:r>
        <w:rPr>
          <w:rFonts w:ascii="Open Sans" w:hAnsi="Open Sans"/>
          <w:sz w:val="23"/>
        </w:rPr>
        <w:t>Garganey Spatula querquedula</w:t>
      </w:r>
    </w:p>
    <w:p>
      <w:r>
        <w:rPr>
          <w:rFonts w:ascii="Open Sans" w:hAnsi="Open Sans"/>
          <w:sz w:val="23"/>
        </w:rPr>
        <w:t>Northern Shoveler Spatula clypeata</w:t>
      </w:r>
    </w:p>
    <w:p>
      <w:r>
        <w:rPr>
          <w:rFonts w:ascii="Open Sans" w:hAnsi="Open Sans"/>
          <w:sz w:val="23"/>
        </w:rPr>
        <w:t>Gadwall Mareca strepera</w:t>
      </w:r>
    </w:p>
    <w:p>
      <w:r>
        <w:rPr>
          <w:rFonts w:ascii="Open Sans" w:hAnsi="Open Sans"/>
          <w:sz w:val="23"/>
        </w:rPr>
        <w:t>Eurasian Wigeon Mareca penelope</w:t>
      </w:r>
    </w:p>
    <w:p>
      <w:r>
        <w:rPr>
          <w:rFonts w:ascii="Open Sans" w:hAnsi="Open Sans"/>
          <w:sz w:val="23"/>
        </w:rPr>
        <w:t>Mallard Anas platyrhynchos</w:t>
      </w:r>
    </w:p>
    <w:p>
      <w:r>
        <w:rPr>
          <w:rFonts w:ascii="Open Sans" w:hAnsi="Open Sans"/>
          <w:sz w:val="23"/>
        </w:rPr>
        <w:t>Northern Pintail Anas acuta</w:t>
      </w:r>
    </w:p>
    <w:p>
      <w:r>
        <w:rPr>
          <w:rFonts w:ascii="Open Sans" w:hAnsi="Open Sans"/>
          <w:sz w:val="23"/>
        </w:rPr>
        <w:t>Green-winged Teal Anas crecca</w:t>
      </w:r>
    </w:p>
    <w:p>
      <w:r>
        <w:rPr>
          <w:rFonts w:ascii="Open Sans" w:hAnsi="Open Sans"/>
          <w:sz w:val="23"/>
        </w:rPr>
        <w:t>Common Quail Coturnix coturnix</w:t>
      </w:r>
    </w:p>
    <w:p>
      <w:r>
        <w:rPr>
          <w:rFonts w:ascii="Open Sans" w:hAnsi="Open Sans"/>
          <w:sz w:val="23"/>
        </w:rPr>
        <w:t>Lesser Flamingo Phoeniconaias minor</w:t>
      </w:r>
    </w:p>
    <w:p>
      <w:r>
        <w:rPr>
          <w:rFonts w:ascii="Open Sans" w:hAnsi="Open Sans"/>
          <w:sz w:val="23"/>
        </w:rPr>
        <w:t>Greater Flamingo Phoenicopterus roseus</w:t>
      </w:r>
    </w:p>
    <w:p>
      <w:r>
        <w:rPr>
          <w:rFonts w:ascii="Open Sans" w:hAnsi="Open Sans"/>
          <w:sz w:val="23"/>
        </w:rPr>
        <w:t>Little Grebe Tachybaptus ruficollis</w:t>
      </w:r>
    </w:p>
    <w:p>
      <w:r>
        <w:rPr>
          <w:rFonts w:ascii="Open Sans" w:hAnsi="Open Sans"/>
          <w:sz w:val="23"/>
        </w:rPr>
        <w:t>Horned Grebe Podiceps auritus</w:t>
      </w:r>
    </w:p>
    <w:p>
      <w:r>
        <w:rPr>
          <w:rFonts w:ascii="Open Sans" w:hAnsi="Open Sans"/>
          <w:sz w:val="23"/>
        </w:rPr>
        <w:t>Red-necked Grebe Podiceps grisegena</w:t>
      </w:r>
    </w:p>
    <w:p>
      <w:r>
        <w:rPr>
          <w:rFonts w:ascii="Open Sans" w:hAnsi="Open Sans"/>
          <w:sz w:val="23"/>
        </w:rPr>
        <w:t>Great Crested Grebe Podiceps cristatus</w:t>
      </w:r>
    </w:p>
    <w:p>
      <w:r>
        <w:rPr>
          <w:rFonts w:ascii="Open Sans" w:hAnsi="Open Sans"/>
          <w:sz w:val="23"/>
        </w:rPr>
        <w:t>Black-necked Grebe Podiceps nigricollis</w:t>
      </w:r>
    </w:p>
    <w:p>
      <w:r>
        <w:rPr>
          <w:rFonts w:ascii="Open Sans" w:hAnsi="Open Sans"/>
          <w:sz w:val="23"/>
        </w:rPr>
        <w:t>Asian Houbara Chlamydotis macqueenii</w:t>
      </w:r>
    </w:p>
    <w:p>
      <w:r>
        <w:rPr>
          <w:rFonts w:ascii="Open Sans" w:hAnsi="Open Sans"/>
          <w:sz w:val="23"/>
        </w:rPr>
        <w:t>Great Spotted Cuckoo Clamator glandarius</w:t>
      </w:r>
    </w:p>
    <w:p>
      <w:r>
        <w:rPr>
          <w:rFonts w:ascii="Open Sans" w:hAnsi="Open Sans"/>
          <w:sz w:val="23"/>
        </w:rPr>
        <w:t>Asian Koel Eudynamys scolopaceus</w:t>
      </w:r>
    </w:p>
    <w:p>
      <w:r>
        <w:rPr>
          <w:rFonts w:ascii="Open Sans" w:hAnsi="Open Sans"/>
          <w:sz w:val="23"/>
        </w:rPr>
        <w:t>Common Cuckoo Cuculus canorus</w:t>
      </w:r>
    </w:p>
    <w:p>
      <w:r>
        <w:rPr>
          <w:rFonts w:ascii="Open Sans" w:hAnsi="Open Sans"/>
          <w:sz w:val="23"/>
        </w:rPr>
        <w:t>Pin-tailed Sandgrouse Pterocles alchata</w:t>
      </w:r>
    </w:p>
    <w:p>
      <w:r>
        <w:rPr>
          <w:rFonts w:ascii="Open Sans" w:hAnsi="Open Sans"/>
          <w:sz w:val="23"/>
        </w:rPr>
        <w:t>Chestnut-bellied Sandgrouse Pterocles exustus</w:t>
      </w:r>
    </w:p>
    <w:p>
      <w:r>
        <w:rPr>
          <w:rFonts w:ascii="Open Sans" w:hAnsi="Open Sans"/>
          <w:sz w:val="23"/>
        </w:rPr>
        <w:t>Spotted Sandgrouse Pterocles senegallus</w:t>
      </w:r>
    </w:p>
    <w:p>
      <w:r>
        <w:rPr>
          <w:rFonts w:ascii="Open Sans" w:hAnsi="Open Sans"/>
          <w:sz w:val="23"/>
        </w:rPr>
        <w:t>Black-bellied Sandgrouse Pterocles orientalis</w:t>
      </w:r>
    </w:p>
    <w:p>
      <w:r>
        <w:rPr>
          <w:rFonts w:ascii="Open Sans" w:hAnsi="Open Sans"/>
          <w:sz w:val="23"/>
        </w:rPr>
        <w:t>Laughing Dove Spilopelia senegalensis</w:t>
      </w:r>
    </w:p>
    <w:p>
      <w:r>
        <w:rPr>
          <w:rFonts w:ascii="Open Sans" w:hAnsi="Open Sans"/>
          <w:sz w:val="23"/>
        </w:rPr>
        <w:t>Oriental Turtle Dove Streptopelia orientalis meena</w:t>
      </w:r>
    </w:p>
    <w:p>
      <w:r>
        <w:rPr>
          <w:rFonts w:ascii="Open Sans" w:hAnsi="Open Sans"/>
          <w:sz w:val="23"/>
        </w:rPr>
        <w:t>European Turtle Dove Streptopelia turtur</w:t>
      </w:r>
    </w:p>
    <w:p>
      <w:r>
        <w:rPr>
          <w:rFonts w:ascii="Open Sans" w:hAnsi="Open Sans"/>
          <w:sz w:val="23"/>
        </w:rPr>
        <w:t>Eurasian Collared Dove Streptopelia decaocto</w:t>
      </w:r>
    </w:p>
    <w:p>
      <w:r>
        <w:rPr>
          <w:rFonts w:ascii="Open Sans" w:hAnsi="Open Sans"/>
          <w:sz w:val="23"/>
        </w:rPr>
        <w:t>Common Wood Pigeon Columba palumbus</w:t>
      </w:r>
    </w:p>
    <w:p>
      <w:r>
        <w:rPr>
          <w:rFonts w:ascii="Open Sans" w:hAnsi="Open Sans"/>
          <w:sz w:val="23"/>
        </w:rPr>
        <w:t>Rock Dove Columba livia forma domestica</w:t>
      </w:r>
    </w:p>
    <w:p>
      <w:r>
        <w:rPr>
          <w:rFonts w:ascii="Open Sans" w:hAnsi="Open Sans"/>
          <w:sz w:val="23"/>
        </w:rPr>
        <w:t>Stock Dove Columba oenas</w:t>
      </w:r>
    </w:p>
    <w:p>
      <w:r>
        <w:rPr>
          <w:rFonts w:ascii="Open Sans" w:hAnsi="Open Sans"/>
          <w:sz w:val="23"/>
        </w:rPr>
        <w:t>Namaqua Dove Oena capensis</w:t>
      </w:r>
    </w:p>
    <w:p>
      <w:r>
        <w:rPr>
          <w:rFonts w:ascii="Open Sans" w:hAnsi="Open Sans"/>
          <w:sz w:val="23"/>
        </w:rPr>
        <w:t>Demoiselle Crane Grus virgo</w:t>
      </w:r>
    </w:p>
    <w:p>
      <w:r>
        <w:rPr>
          <w:rFonts w:ascii="Open Sans" w:hAnsi="Open Sans"/>
          <w:sz w:val="23"/>
        </w:rPr>
        <w:t>Common Crane Grus grus</w:t>
      </w:r>
    </w:p>
    <w:p>
      <w:r>
        <w:rPr>
          <w:rFonts w:ascii="Open Sans" w:hAnsi="Open Sans"/>
          <w:sz w:val="23"/>
        </w:rPr>
        <w:t>Water Rail Rallus aquaticus</w:t>
      </w:r>
    </w:p>
    <w:p>
      <w:r>
        <w:rPr>
          <w:rFonts w:ascii="Open Sans" w:hAnsi="Open Sans"/>
          <w:sz w:val="23"/>
        </w:rPr>
        <w:t>Corn Crake Crex crex</w:t>
      </w:r>
    </w:p>
    <w:p>
      <w:r>
        <w:rPr>
          <w:rFonts w:ascii="Open Sans" w:hAnsi="Open Sans"/>
          <w:sz w:val="23"/>
        </w:rPr>
        <w:t>Spotted Crake Porzana porzana</w:t>
      </w:r>
    </w:p>
    <w:p>
      <w:r>
        <w:rPr>
          <w:rFonts w:ascii="Open Sans" w:hAnsi="Open Sans"/>
          <w:sz w:val="23"/>
        </w:rPr>
        <w:t>Common Moorhen Gallinula chloropus</w:t>
      </w:r>
    </w:p>
    <w:p>
      <w:r>
        <w:rPr>
          <w:rFonts w:ascii="Open Sans" w:hAnsi="Open Sans"/>
          <w:sz w:val="23"/>
        </w:rPr>
        <w:t>Eurasian Coot Fulica atra</w:t>
      </w:r>
    </w:p>
    <w:p>
      <w:r>
        <w:rPr>
          <w:rFonts w:ascii="Open Sans" w:hAnsi="Open Sans"/>
          <w:sz w:val="23"/>
        </w:rPr>
        <w:t>Purple Swamphen Porphyrio porphyrio poliocephalus</w:t>
      </w:r>
    </w:p>
    <w:p>
      <w:r>
        <w:rPr>
          <w:rFonts w:ascii="Open Sans" w:hAnsi="Open Sans"/>
          <w:sz w:val="23"/>
        </w:rPr>
        <w:t>Striped Crake Aenigmatolimnas marginalis</w:t>
      </w:r>
    </w:p>
    <w:p>
      <w:r>
        <w:rPr>
          <w:rFonts w:ascii="Open Sans" w:hAnsi="Open Sans"/>
          <w:sz w:val="23"/>
        </w:rPr>
        <w:t>White-breasted Waterhen Amaurornis phoenicurus</w:t>
      </w:r>
    </w:p>
    <w:p>
      <w:r>
        <w:rPr>
          <w:rFonts w:ascii="Open Sans" w:hAnsi="Open Sans"/>
          <w:sz w:val="23"/>
        </w:rPr>
        <w:t>Little Crake Zapornia parva</w:t>
      </w:r>
    </w:p>
    <w:p>
      <w:r>
        <w:rPr>
          <w:rFonts w:ascii="Open Sans" w:hAnsi="Open Sans"/>
          <w:sz w:val="23"/>
        </w:rPr>
        <w:t>Baillon’s Crake Zapornia pusilla</w:t>
      </w:r>
    </w:p>
    <w:p>
      <w:r>
        <w:rPr>
          <w:rFonts w:ascii="Open Sans" w:hAnsi="Open Sans"/>
          <w:sz w:val="23"/>
        </w:rPr>
        <w:t>Eurasian Stone-curlew Burhinus oedicnemus</w:t>
      </w:r>
    </w:p>
    <w:p>
      <w:r>
        <w:rPr>
          <w:rFonts w:ascii="Open Sans" w:hAnsi="Open Sans"/>
          <w:sz w:val="23"/>
        </w:rPr>
        <w:t>Pied Avocet Recurvirostra avosetta</w:t>
      </w:r>
    </w:p>
    <w:p>
      <w:r>
        <w:rPr>
          <w:rFonts w:ascii="Open Sans" w:hAnsi="Open Sans"/>
          <w:sz w:val="23"/>
        </w:rPr>
        <w:t>Black-winged Stilt Himantopus himantopus</w:t>
      </w:r>
    </w:p>
    <w:p>
      <w:r>
        <w:rPr>
          <w:rFonts w:ascii="Open Sans" w:hAnsi="Open Sans"/>
          <w:sz w:val="23"/>
        </w:rPr>
        <w:t>Eurasian Oystercatcher Haematopus ostralegus</w:t>
      </w:r>
    </w:p>
    <w:p>
      <w:r>
        <w:rPr>
          <w:rFonts w:ascii="Open Sans" w:hAnsi="Open Sans"/>
          <w:sz w:val="23"/>
        </w:rPr>
        <w:t>Grey Plover Pluvialis squatarola</w:t>
      </w:r>
    </w:p>
    <w:p>
      <w:r>
        <w:rPr>
          <w:rFonts w:ascii="Open Sans" w:hAnsi="Open Sans"/>
          <w:sz w:val="23"/>
        </w:rPr>
        <w:t>European Golden Plover Pluvialis apricaria</w:t>
      </w:r>
    </w:p>
    <w:p>
      <w:r>
        <w:rPr>
          <w:rFonts w:ascii="Open Sans" w:hAnsi="Open Sans"/>
          <w:sz w:val="23"/>
        </w:rPr>
        <w:t>Pacific Golden Plover Pluvialis fulva</w:t>
      </w:r>
    </w:p>
    <w:p>
      <w:r>
        <w:rPr>
          <w:rFonts w:ascii="Open Sans" w:hAnsi="Open Sans"/>
          <w:sz w:val="23"/>
        </w:rPr>
        <w:t>Eurasian Dotterel Eudromias morinellus</w:t>
      </w:r>
    </w:p>
    <w:p>
      <w:r>
        <w:rPr>
          <w:rFonts w:ascii="Open Sans" w:hAnsi="Open Sans"/>
          <w:sz w:val="23"/>
        </w:rPr>
        <w:t>Common Ringed Plover Charadrius hiaticula</w:t>
      </w:r>
    </w:p>
    <w:p>
      <w:r>
        <w:rPr>
          <w:rFonts w:ascii="Open Sans" w:hAnsi="Open Sans"/>
          <w:sz w:val="23"/>
        </w:rPr>
        <w:t>Little Ringed Plover Thinornis dubius</w:t>
      </w:r>
    </w:p>
    <w:p>
      <w:r>
        <w:rPr>
          <w:rFonts w:ascii="Open Sans" w:hAnsi="Open Sans"/>
          <w:sz w:val="23"/>
        </w:rPr>
        <w:t>Northern Lapwing Vanellus vanellus</w:t>
      </w:r>
    </w:p>
    <w:p>
      <w:r>
        <w:rPr>
          <w:rFonts w:ascii="Open Sans" w:hAnsi="Open Sans"/>
          <w:sz w:val="23"/>
        </w:rPr>
        <w:t>Spur-winged Lapwing Vanellus spinosus</w:t>
      </w:r>
    </w:p>
    <w:p>
      <w:r>
        <w:rPr>
          <w:rFonts w:ascii="Open Sans" w:hAnsi="Open Sans"/>
          <w:sz w:val="23"/>
        </w:rPr>
        <w:t>Red-wattled Lapwing Vanellus indicus</w:t>
      </w:r>
    </w:p>
    <w:p>
      <w:r>
        <w:rPr>
          <w:rFonts w:ascii="Open Sans" w:hAnsi="Open Sans"/>
          <w:sz w:val="23"/>
        </w:rPr>
        <w:t>Sociable Lapwing Vanellus gregarius</w:t>
      </w:r>
    </w:p>
    <w:p>
      <w:r>
        <w:rPr>
          <w:rFonts w:ascii="Open Sans" w:hAnsi="Open Sans"/>
          <w:sz w:val="23"/>
        </w:rPr>
        <w:t>White-tailed Lapwing Vanellus leucurus</w:t>
      </w:r>
    </w:p>
    <w:p>
      <w:r>
        <w:rPr>
          <w:rFonts w:ascii="Open Sans" w:hAnsi="Open Sans"/>
          <w:sz w:val="23"/>
        </w:rPr>
        <w:t>Caspian Plover Anarhynchus asiaticus</w:t>
      </w:r>
    </w:p>
    <w:p>
      <w:r>
        <w:rPr>
          <w:rFonts w:ascii="Open Sans" w:hAnsi="Open Sans"/>
          <w:sz w:val="23"/>
        </w:rPr>
        <w:t>Tibetan Sand Plover Anarhynchus atrifrons</w:t>
      </w:r>
    </w:p>
    <w:p>
      <w:r>
        <w:rPr>
          <w:rFonts w:ascii="Open Sans" w:hAnsi="Open Sans"/>
          <w:sz w:val="23"/>
        </w:rPr>
        <w:t>Greater Sand Plover Anarhynchus leschenaultii</w:t>
      </w:r>
    </w:p>
    <w:p>
      <w:r>
        <w:rPr>
          <w:rFonts w:ascii="Open Sans" w:hAnsi="Open Sans"/>
          <w:sz w:val="23"/>
        </w:rPr>
        <w:t>Kentish Plover Anarhynchus alexandrinus</w:t>
      </w:r>
    </w:p>
    <w:p>
      <w:r>
        <w:rPr>
          <w:rFonts w:ascii="Open Sans" w:hAnsi="Open Sans"/>
          <w:sz w:val="23"/>
        </w:rPr>
        <w:t>Little Curlew Numenius minutus</w:t>
      </w:r>
    </w:p>
    <w:p>
      <w:r>
        <w:rPr>
          <w:rFonts w:ascii="Open Sans" w:hAnsi="Open Sans"/>
          <w:sz w:val="23"/>
        </w:rPr>
        <w:t>Eurasian Whimbrel Numenius phaeopus</w:t>
      </w:r>
    </w:p>
    <w:p>
      <w:r>
        <w:rPr>
          <w:rFonts w:ascii="Open Sans" w:hAnsi="Open Sans"/>
          <w:sz w:val="23"/>
        </w:rPr>
        <w:t>Eurasian Curlew Numenius arquata</w:t>
      </w:r>
    </w:p>
    <w:p>
      <w:r>
        <w:rPr>
          <w:rFonts w:ascii="Open Sans" w:hAnsi="Open Sans"/>
          <w:sz w:val="23"/>
        </w:rPr>
        <w:t>Bar-tailed Godwit Limosa lapponica</w:t>
      </w:r>
    </w:p>
    <w:p>
      <w:r>
        <w:rPr>
          <w:rFonts w:ascii="Open Sans" w:hAnsi="Open Sans"/>
          <w:sz w:val="23"/>
        </w:rPr>
        <w:t>Black-tailed Godwit Limosa limosa</w:t>
      </w:r>
    </w:p>
    <w:p>
      <w:r>
        <w:rPr>
          <w:rFonts w:ascii="Open Sans" w:hAnsi="Open Sans"/>
          <w:sz w:val="23"/>
        </w:rPr>
        <w:t>Jack Snipe Lymnocryptes minimus</w:t>
      </w:r>
    </w:p>
    <w:p>
      <w:r>
        <w:rPr>
          <w:rFonts w:ascii="Open Sans" w:hAnsi="Open Sans"/>
          <w:sz w:val="23"/>
        </w:rPr>
        <w:t>Eurasian Woodcock Scolopax rusticola</w:t>
      </w:r>
    </w:p>
    <w:p>
      <w:r>
        <w:rPr>
          <w:rFonts w:ascii="Open Sans" w:hAnsi="Open Sans"/>
          <w:sz w:val="23"/>
        </w:rPr>
        <w:t>Great Snipe Gallinago media</w:t>
      </w:r>
    </w:p>
    <w:p>
      <w:r>
        <w:rPr>
          <w:rFonts w:ascii="Open Sans" w:hAnsi="Open Sans"/>
          <w:sz w:val="23"/>
        </w:rPr>
        <w:t>Pin-tailed Snipe Gallinago stenura</w:t>
      </w:r>
    </w:p>
    <w:p>
      <w:r>
        <w:rPr>
          <w:rFonts w:ascii="Open Sans" w:hAnsi="Open Sans"/>
          <w:sz w:val="23"/>
        </w:rPr>
        <w:t>Common Snipe Gallinago gallinago</w:t>
      </w:r>
    </w:p>
    <w:p>
      <w:r>
        <w:rPr>
          <w:rFonts w:ascii="Open Sans" w:hAnsi="Open Sans"/>
          <w:sz w:val="23"/>
        </w:rPr>
        <w:t>Terek Sandpiper Xenus cinereus</w:t>
      </w:r>
    </w:p>
    <w:p>
      <w:r>
        <w:rPr>
          <w:rFonts w:ascii="Open Sans" w:hAnsi="Open Sans"/>
          <w:sz w:val="23"/>
        </w:rPr>
        <w:t>Common Sandpiper Actitis hypoleucos</w:t>
      </w:r>
    </w:p>
    <w:p>
      <w:r>
        <w:rPr>
          <w:rFonts w:ascii="Open Sans" w:hAnsi="Open Sans"/>
          <w:sz w:val="23"/>
        </w:rPr>
        <w:t>Red Phalarope Phalaropus fulicarius</w:t>
      </w:r>
    </w:p>
    <w:p>
      <w:r>
        <w:rPr>
          <w:rFonts w:ascii="Open Sans" w:hAnsi="Open Sans"/>
          <w:sz w:val="23"/>
        </w:rPr>
        <w:t>Red-necked Phalarope Phalaropus lobatus</w:t>
      </w:r>
    </w:p>
    <w:p>
      <w:r>
        <w:rPr>
          <w:rFonts w:ascii="Open Sans" w:hAnsi="Open Sans"/>
          <w:sz w:val="23"/>
        </w:rPr>
        <w:t>Green Sandpiper Tringa ochropus</w:t>
      </w:r>
    </w:p>
    <w:p>
      <w:r>
        <w:rPr>
          <w:rFonts w:ascii="Open Sans" w:hAnsi="Open Sans"/>
          <w:sz w:val="23"/>
        </w:rPr>
        <w:t>Marsh Sandpiper Tringa stagnatilis</w:t>
      </w:r>
    </w:p>
    <w:p>
      <w:r>
        <w:rPr>
          <w:rFonts w:ascii="Open Sans" w:hAnsi="Open Sans"/>
          <w:sz w:val="23"/>
        </w:rPr>
        <w:t>Wood Sandpiper Tringa glareola</w:t>
      </w:r>
    </w:p>
    <w:p>
      <w:r>
        <w:rPr>
          <w:rFonts w:ascii="Open Sans" w:hAnsi="Open Sans"/>
          <w:sz w:val="23"/>
        </w:rPr>
        <w:t>Common Redshank Tringa totanus</w:t>
      </w:r>
    </w:p>
    <w:p>
      <w:r>
        <w:rPr>
          <w:rFonts w:ascii="Open Sans" w:hAnsi="Open Sans"/>
          <w:sz w:val="23"/>
        </w:rPr>
        <w:t>Spotted Redshank Tringa erythropus</w:t>
      </w:r>
    </w:p>
    <w:p>
      <w:r>
        <w:rPr>
          <w:rFonts w:ascii="Open Sans" w:hAnsi="Open Sans"/>
          <w:sz w:val="23"/>
        </w:rPr>
        <w:t>Common Greenshank Tringa nebularia</w:t>
      </w:r>
    </w:p>
    <w:p>
      <w:r>
        <w:rPr>
          <w:rFonts w:ascii="Open Sans" w:hAnsi="Open Sans"/>
          <w:sz w:val="23"/>
        </w:rPr>
        <w:t>Ruddy Turnstone Arenaria interpres</w:t>
      </w:r>
    </w:p>
    <w:p>
      <w:r>
        <w:rPr>
          <w:rFonts w:ascii="Open Sans" w:hAnsi="Open Sans"/>
          <w:sz w:val="23"/>
        </w:rPr>
        <w:t>Red Knot Calidris canutus</w:t>
      </w:r>
    </w:p>
    <w:p>
      <w:r>
        <w:rPr>
          <w:rFonts w:ascii="Open Sans" w:hAnsi="Open Sans"/>
          <w:sz w:val="23"/>
        </w:rPr>
        <w:t>Great Knot Calidris tenuirostris</w:t>
      </w:r>
    </w:p>
    <w:p>
      <w:r>
        <w:rPr>
          <w:rFonts w:ascii="Open Sans" w:hAnsi="Open Sans"/>
          <w:sz w:val="23"/>
        </w:rPr>
        <w:t>Ruff Calidris pugnax</w:t>
      </w:r>
    </w:p>
    <w:p>
      <w:r>
        <w:rPr>
          <w:rFonts w:ascii="Open Sans" w:hAnsi="Open Sans"/>
          <w:sz w:val="23"/>
        </w:rPr>
        <w:t>Broad-billed Sandpiper Calidris falcinellus</w:t>
      </w:r>
    </w:p>
    <w:p>
      <w:r>
        <w:rPr>
          <w:rFonts w:ascii="Open Sans" w:hAnsi="Open Sans"/>
          <w:sz w:val="23"/>
        </w:rPr>
        <w:t>Curlew Sandpiper Calidris ferruginea</w:t>
      </w:r>
    </w:p>
    <w:p>
      <w:r>
        <w:rPr>
          <w:rFonts w:ascii="Open Sans" w:hAnsi="Open Sans"/>
          <w:sz w:val="23"/>
        </w:rPr>
        <w:t>Temminck’s Stint Calidris temminckii</w:t>
      </w:r>
    </w:p>
    <w:p>
      <w:r>
        <w:rPr>
          <w:rFonts w:ascii="Open Sans" w:hAnsi="Open Sans"/>
          <w:sz w:val="23"/>
        </w:rPr>
        <w:t>Sanderling Calidris alba</w:t>
      </w:r>
    </w:p>
    <w:p>
      <w:r>
        <w:rPr>
          <w:rFonts w:ascii="Open Sans" w:hAnsi="Open Sans"/>
          <w:sz w:val="23"/>
        </w:rPr>
        <w:t>Dunlin Calidris alpina</w:t>
      </w:r>
    </w:p>
    <w:p>
      <w:r>
        <w:rPr>
          <w:rFonts w:ascii="Open Sans" w:hAnsi="Open Sans"/>
          <w:sz w:val="23"/>
        </w:rPr>
        <w:t>Pectoral Sandpiper Calidris melanotos</w:t>
      </w:r>
    </w:p>
    <w:p>
      <w:r>
        <w:rPr>
          <w:rFonts w:ascii="Open Sans" w:hAnsi="Open Sans"/>
          <w:sz w:val="23"/>
        </w:rPr>
        <w:t>Little Stint Calidris minuta</w:t>
      </w:r>
    </w:p>
    <w:p>
      <w:r>
        <w:rPr>
          <w:rFonts w:ascii="Open Sans" w:hAnsi="Open Sans"/>
          <w:sz w:val="23"/>
        </w:rPr>
        <w:t>Crab-plover Dromas ardeola</w:t>
      </w:r>
    </w:p>
    <w:p>
      <w:r>
        <w:rPr>
          <w:rFonts w:ascii="Open Sans" w:hAnsi="Open Sans"/>
          <w:sz w:val="23"/>
        </w:rPr>
        <w:t>Cream-coloured Courser Cursorius cursor</w:t>
      </w:r>
    </w:p>
    <w:p>
      <w:r>
        <w:rPr>
          <w:rFonts w:ascii="Open Sans" w:hAnsi="Open Sans"/>
          <w:sz w:val="23"/>
        </w:rPr>
        <w:t>Oriental Pratincole Glareola maldivarum</w:t>
      </w:r>
    </w:p>
    <w:p>
      <w:r>
        <w:rPr>
          <w:rFonts w:ascii="Open Sans" w:hAnsi="Open Sans"/>
          <w:sz w:val="23"/>
        </w:rPr>
        <w:t>Black-winged Pratincole Glareola nordmanni</w:t>
      </w:r>
    </w:p>
    <w:p>
      <w:r>
        <w:rPr>
          <w:rFonts w:ascii="Open Sans" w:hAnsi="Open Sans"/>
          <w:sz w:val="23"/>
        </w:rPr>
        <w:t>Collared Pratincole Glareola pratincola</w:t>
      </w:r>
    </w:p>
    <w:p>
      <w:r>
        <w:rPr>
          <w:rFonts w:ascii="Open Sans" w:hAnsi="Open Sans"/>
          <w:sz w:val="23"/>
        </w:rPr>
        <w:t>Parasitic Jaeger Stercorarius parasiticus</w:t>
      </w:r>
    </w:p>
    <w:p>
      <w:r>
        <w:rPr>
          <w:rFonts w:ascii="Open Sans" w:hAnsi="Open Sans"/>
          <w:sz w:val="23"/>
        </w:rPr>
        <w:t>Long-tailed Jaeger Stercorarius longicaudus</w:t>
      </w:r>
    </w:p>
    <w:p>
      <w:r>
        <w:rPr>
          <w:rFonts w:ascii="Open Sans" w:hAnsi="Open Sans"/>
          <w:sz w:val="23"/>
        </w:rPr>
        <w:t>Pomarine Jaeger Stercorarius pomarinus</w:t>
      </w:r>
    </w:p>
    <w:p>
      <w:r>
        <w:rPr>
          <w:rFonts w:ascii="Open Sans" w:hAnsi="Open Sans"/>
          <w:sz w:val="23"/>
        </w:rPr>
        <w:t>Bridled Tern Onychoprion anaethetus</w:t>
      </w:r>
    </w:p>
    <w:p>
      <w:r>
        <w:rPr>
          <w:rFonts w:ascii="Open Sans" w:hAnsi="Open Sans"/>
          <w:sz w:val="23"/>
        </w:rPr>
        <w:t>Little Tern Sternula albifrons</w:t>
      </w:r>
    </w:p>
    <w:p>
      <w:r>
        <w:rPr>
          <w:rFonts w:ascii="Open Sans" w:hAnsi="Open Sans"/>
          <w:sz w:val="23"/>
        </w:rPr>
        <w:t>Caspian Tern Hydroprogne caspia</w:t>
      </w:r>
    </w:p>
    <w:p>
      <w:r>
        <w:rPr>
          <w:rFonts w:ascii="Open Sans" w:hAnsi="Open Sans"/>
          <w:sz w:val="23"/>
        </w:rPr>
        <w:t>Gull-billed Tern Gelochelidon nilotica</w:t>
      </w:r>
    </w:p>
    <w:p>
      <w:r>
        <w:rPr>
          <w:rFonts w:ascii="Open Sans" w:hAnsi="Open Sans"/>
          <w:sz w:val="23"/>
        </w:rPr>
        <w:t>Whiskered Tern Chlidonias hybrida</w:t>
      </w:r>
    </w:p>
    <w:p>
      <w:r>
        <w:rPr>
          <w:rFonts w:ascii="Open Sans" w:hAnsi="Open Sans"/>
          <w:sz w:val="23"/>
        </w:rPr>
        <w:t>White-winged Tern Chlidonias leucopterus</w:t>
      </w:r>
    </w:p>
    <w:p>
      <w:r>
        <w:rPr>
          <w:rFonts w:ascii="Open Sans" w:hAnsi="Open Sans"/>
          <w:sz w:val="23"/>
        </w:rPr>
        <w:t>Black Tern Chlidonias niger</w:t>
      </w:r>
    </w:p>
    <w:p>
      <w:r>
        <w:rPr>
          <w:rFonts w:ascii="Open Sans" w:hAnsi="Open Sans"/>
          <w:sz w:val="23"/>
        </w:rPr>
        <w:t>Sandwich Tern Thalasseus sandvicensis</w:t>
      </w:r>
    </w:p>
    <w:p>
      <w:r>
        <w:rPr>
          <w:rFonts w:ascii="Open Sans" w:hAnsi="Open Sans"/>
          <w:sz w:val="23"/>
        </w:rPr>
        <w:t>Greater Crested Tern Thalasseus bergii</w:t>
      </w:r>
    </w:p>
    <w:p>
      <w:r>
        <w:rPr>
          <w:rFonts w:ascii="Open Sans" w:hAnsi="Open Sans"/>
          <w:sz w:val="23"/>
        </w:rPr>
        <w:t>Lesser Crested Tern Thalasseus bengalensis</w:t>
      </w:r>
    </w:p>
    <w:p>
      <w:r>
        <w:rPr>
          <w:rFonts w:ascii="Open Sans" w:hAnsi="Open Sans"/>
          <w:sz w:val="23"/>
        </w:rPr>
        <w:t>Arctic Tern Sterna paradisaea</w:t>
      </w:r>
    </w:p>
    <w:p>
      <w:r>
        <w:rPr>
          <w:rFonts w:ascii="Open Sans" w:hAnsi="Open Sans"/>
          <w:sz w:val="23"/>
        </w:rPr>
        <w:t>Common Tern Sterna hirundo</w:t>
      </w:r>
    </w:p>
    <w:p>
      <w:r>
        <w:rPr>
          <w:rFonts w:ascii="Open Sans" w:hAnsi="Open Sans"/>
          <w:sz w:val="23"/>
        </w:rPr>
        <w:t>White-cheeked Tern Sterna repressa</w:t>
      </w:r>
    </w:p>
    <w:p>
      <w:r>
        <w:rPr>
          <w:rFonts w:ascii="Open Sans" w:hAnsi="Open Sans"/>
          <w:sz w:val="23"/>
        </w:rPr>
        <w:t>Little Gull Hydrocoloeus minutus</w:t>
      </w:r>
    </w:p>
    <w:p>
      <w:r>
        <w:rPr>
          <w:rFonts w:ascii="Open Sans" w:hAnsi="Open Sans"/>
          <w:sz w:val="23"/>
        </w:rPr>
        <w:t>Black-legged Kittiwake Rissa tridactyla</w:t>
      </w:r>
    </w:p>
    <w:p>
      <w:r>
        <w:rPr>
          <w:rFonts w:ascii="Open Sans" w:hAnsi="Open Sans"/>
          <w:sz w:val="23"/>
        </w:rPr>
        <w:t>Sabine’s Gull Xema sabini</w:t>
      </w:r>
    </w:p>
    <w:p>
      <w:r>
        <w:rPr>
          <w:rFonts w:ascii="Open Sans" w:hAnsi="Open Sans"/>
          <w:sz w:val="23"/>
        </w:rPr>
        <w:t>Slender-billed Gull Chroicocephalus genei</w:t>
      </w:r>
    </w:p>
    <w:p>
      <w:r>
        <w:rPr>
          <w:rFonts w:ascii="Open Sans" w:hAnsi="Open Sans"/>
          <w:sz w:val="23"/>
        </w:rPr>
        <w:t>Black-headed Gull Chroicocephalus ridibundus</w:t>
      </w:r>
    </w:p>
    <w:p>
      <w:r>
        <w:rPr>
          <w:rFonts w:ascii="Open Sans" w:hAnsi="Open Sans"/>
          <w:sz w:val="23"/>
        </w:rPr>
        <w:t>Franklin’s Gull Leucophaeus pipixcan</w:t>
      </w:r>
    </w:p>
    <w:p>
      <w:r>
        <w:rPr>
          <w:rFonts w:ascii="Open Sans" w:hAnsi="Open Sans"/>
          <w:sz w:val="23"/>
        </w:rPr>
        <w:t>Pallas’s Gull Ichthyaetus ichthyaetus</w:t>
      </w:r>
    </w:p>
    <w:p>
      <w:r>
        <w:rPr>
          <w:rFonts w:ascii="Open Sans" w:hAnsi="Open Sans"/>
          <w:sz w:val="23"/>
        </w:rPr>
        <w:t>Mediterranean Gull Ichthyaetus melanocephalus</w:t>
      </w:r>
    </w:p>
    <w:p>
      <w:r>
        <w:rPr>
          <w:rFonts w:ascii="Open Sans" w:hAnsi="Open Sans"/>
          <w:sz w:val="23"/>
        </w:rPr>
        <w:t>White-eyed Gull Ichthyaetus leucophthalmus</w:t>
      </w:r>
    </w:p>
    <w:p>
      <w:r>
        <w:rPr>
          <w:rFonts w:ascii="Open Sans" w:hAnsi="Open Sans"/>
          <w:sz w:val="23"/>
        </w:rPr>
        <w:t>Sooty Gull Ichthyaetus hemprichii</w:t>
      </w:r>
    </w:p>
    <w:p>
      <w:r>
        <w:rPr>
          <w:rFonts w:ascii="Open Sans" w:hAnsi="Open Sans"/>
          <w:sz w:val="23"/>
        </w:rPr>
        <w:t>Common Gull Larus canus</w:t>
      </w:r>
    </w:p>
    <w:p>
      <w:r>
        <w:rPr>
          <w:rFonts w:ascii="Open Sans" w:hAnsi="Open Sans"/>
          <w:sz w:val="23"/>
        </w:rPr>
        <w:t>Caspian Gull Larus cachinnans</w:t>
      </w:r>
    </w:p>
    <w:p>
      <w:r>
        <w:rPr>
          <w:rFonts w:ascii="Open Sans" w:hAnsi="Open Sans"/>
          <w:sz w:val="23"/>
        </w:rPr>
        <w:t>Armenian Gull Larus armenicus</w:t>
      </w:r>
    </w:p>
    <w:p>
      <w:r>
        <w:rPr>
          <w:rFonts w:ascii="Open Sans" w:hAnsi="Open Sans"/>
          <w:sz w:val="23"/>
        </w:rPr>
        <w:t>Lesser Black-backed Gull Larus fuscus</w:t>
      </w:r>
    </w:p>
    <w:p>
      <w:r>
        <w:rPr>
          <w:rFonts w:ascii="Open Sans" w:hAnsi="Open Sans"/>
          <w:sz w:val="23"/>
        </w:rPr>
        <w:t>Red-billed Tropicbird Phaethon aethereus</w:t>
      </w:r>
    </w:p>
    <w:p>
      <w:r>
        <w:rPr>
          <w:rFonts w:ascii="Open Sans" w:hAnsi="Open Sans"/>
          <w:sz w:val="23"/>
        </w:rPr>
        <w:t>Black-throated Loon Gavia arctica</w:t>
      </w:r>
    </w:p>
    <w:p>
      <w:r>
        <w:rPr>
          <w:rFonts w:ascii="Open Sans" w:hAnsi="Open Sans"/>
          <w:sz w:val="23"/>
        </w:rPr>
        <w:t>Jouanin’s Petrel Bulweria fallax</w:t>
      </w:r>
    </w:p>
    <w:p>
      <w:r>
        <w:rPr>
          <w:rFonts w:ascii="Open Sans" w:hAnsi="Open Sans"/>
          <w:sz w:val="23"/>
        </w:rPr>
        <w:t>Short-tailed Shearwater Ardenna tenuirostris</w:t>
      </w:r>
    </w:p>
    <w:p>
      <w:r>
        <w:rPr>
          <w:rFonts w:ascii="Open Sans" w:hAnsi="Open Sans"/>
          <w:sz w:val="23"/>
        </w:rPr>
        <w:t>Sooty Shearwater Ardenna grisea</w:t>
      </w:r>
    </w:p>
    <w:p>
      <w:r>
        <w:rPr>
          <w:rFonts w:ascii="Open Sans" w:hAnsi="Open Sans"/>
          <w:sz w:val="23"/>
        </w:rPr>
        <w:t>Persian Shearwater Puffinus persicus</w:t>
      </w:r>
    </w:p>
    <w:p>
      <w:r>
        <w:rPr>
          <w:rFonts w:ascii="Open Sans" w:hAnsi="Open Sans"/>
          <w:sz w:val="23"/>
        </w:rPr>
        <w:t>Black Stork Ciconia nigra</w:t>
      </w:r>
    </w:p>
    <w:p>
      <w:r>
        <w:rPr>
          <w:rFonts w:ascii="Open Sans" w:hAnsi="Open Sans"/>
          <w:sz w:val="23"/>
        </w:rPr>
        <w:t>White Stork Ciconia ciconia</w:t>
      </w:r>
    </w:p>
    <w:p>
      <w:r>
        <w:rPr>
          <w:rFonts w:ascii="Open Sans" w:hAnsi="Open Sans"/>
          <w:sz w:val="23"/>
        </w:rPr>
        <w:t>Lesser Frigatebird Fregata ariel</w:t>
      </w:r>
    </w:p>
    <w:p>
      <w:r>
        <w:rPr>
          <w:rFonts w:ascii="Open Sans" w:hAnsi="Open Sans"/>
          <w:sz w:val="23"/>
        </w:rPr>
        <w:t>Masked Booby Sula dactylatra</w:t>
      </w:r>
    </w:p>
    <w:p>
      <w:r>
        <w:rPr>
          <w:rFonts w:ascii="Open Sans" w:hAnsi="Open Sans"/>
          <w:sz w:val="23"/>
        </w:rPr>
        <w:t>African Darter Anhinga rufa</w:t>
      </w:r>
    </w:p>
    <w:p>
      <w:r>
        <w:rPr>
          <w:rFonts w:ascii="Open Sans" w:hAnsi="Open Sans"/>
          <w:sz w:val="23"/>
        </w:rPr>
        <w:t>Pygmy Cormorant Microcarbo pygmaeus</w:t>
      </w:r>
    </w:p>
    <w:p>
      <w:r>
        <w:rPr>
          <w:rFonts w:ascii="Open Sans" w:hAnsi="Open Sans"/>
          <w:sz w:val="23"/>
        </w:rPr>
        <w:t>Great Cormorant Phalacrocorax carbo</w:t>
      </w:r>
    </w:p>
    <w:p>
      <w:r>
        <w:rPr>
          <w:rFonts w:ascii="Open Sans" w:hAnsi="Open Sans"/>
          <w:sz w:val="23"/>
        </w:rPr>
        <w:t>Socotra Cormorant Phalacrocorax nigrogularis</w:t>
      </w:r>
    </w:p>
    <w:p>
      <w:r>
        <w:rPr>
          <w:rFonts w:ascii="Open Sans" w:hAnsi="Open Sans"/>
          <w:sz w:val="23"/>
        </w:rPr>
        <w:t>Glossy Ibis Plegadis falcinellus</w:t>
      </w:r>
    </w:p>
    <w:p>
      <w:r>
        <w:rPr>
          <w:rFonts w:ascii="Open Sans" w:hAnsi="Open Sans"/>
          <w:sz w:val="23"/>
        </w:rPr>
        <w:t>Eurasian Spoonbill Platalea leucorodia</w:t>
      </w:r>
    </w:p>
    <w:p>
      <w:r>
        <w:rPr>
          <w:rFonts w:ascii="Open Sans" w:hAnsi="Open Sans"/>
          <w:sz w:val="23"/>
        </w:rPr>
        <w:t>African Sacred Ibis Threskiornis aethiopicus</w:t>
      </w:r>
    </w:p>
    <w:p>
      <w:r>
        <w:rPr>
          <w:rFonts w:ascii="Open Sans" w:hAnsi="Open Sans"/>
          <w:sz w:val="23"/>
        </w:rPr>
        <w:t>Great White Pelican Pelecanus onocrotalus</w:t>
      </w:r>
    </w:p>
    <w:p>
      <w:r>
        <w:rPr>
          <w:rFonts w:ascii="Open Sans" w:hAnsi="Open Sans"/>
          <w:sz w:val="23"/>
        </w:rPr>
        <w:t>Dalmatian Pelican Pelecanus crispus</w:t>
      </w:r>
    </w:p>
    <w:p>
      <w:r>
        <w:rPr>
          <w:rFonts w:ascii="Open Sans" w:hAnsi="Open Sans"/>
          <w:sz w:val="23"/>
        </w:rPr>
        <w:t>Eurasian Bittern Botaurus stellaris</w:t>
      </w:r>
    </w:p>
    <w:p>
      <w:r>
        <w:rPr>
          <w:rFonts w:ascii="Open Sans" w:hAnsi="Open Sans"/>
          <w:sz w:val="23"/>
        </w:rPr>
        <w:t>Little Bittern Botaurus minutus</w:t>
      </w:r>
    </w:p>
    <w:p>
      <w:r>
        <w:rPr>
          <w:rFonts w:ascii="Open Sans" w:hAnsi="Open Sans"/>
          <w:sz w:val="23"/>
        </w:rPr>
        <w:t>Western Reef Heron Egretta gularis schistacea</w:t>
      </w:r>
    </w:p>
    <w:p>
      <w:r>
        <w:rPr>
          <w:rFonts w:ascii="Open Sans" w:hAnsi="Open Sans"/>
          <w:sz w:val="23"/>
        </w:rPr>
        <w:t>Little Egret Egretta garzetta</w:t>
      </w:r>
    </w:p>
    <w:p>
      <w:r>
        <w:rPr>
          <w:rFonts w:ascii="Open Sans" w:hAnsi="Open Sans"/>
          <w:sz w:val="23"/>
        </w:rPr>
        <w:t>Black-crowned Night Heron Nycticorax nycticorax</w:t>
      </w:r>
    </w:p>
    <w:p>
      <w:r>
        <w:rPr>
          <w:rFonts w:ascii="Open Sans" w:hAnsi="Open Sans"/>
          <w:sz w:val="23"/>
        </w:rPr>
        <w:t>Little Heron Butorides atricapilla</w:t>
      </w:r>
    </w:p>
    <w:p>
      <w:r>
        <w:rPr>
          <w:rFonts w:ascii="Open Sans" w:hAnsi="Open Sans"/>
          <w:sz w:val="23"/>
        </w:rPr>
        <w:t>Indian Pond Heron Ardeola grayii</w:t>
      </w:r>
    </w:p>
    <w:p>
      <w:r>
        <w:rPr>
          <w:rFonts w:ascii="Open Sans" w:hAnsi="Open Sans"/>
          <w:sz w:val="23"/>
        </w:rPr>
        <w:t>Squacco Heron Ardeola ralloides</w:t>
      </w:r>
    </w:p>
    <w:p>
      <w:r>
        <w:rPr>
          <w:rFonts w:ascii="Open Sans" w:hAnsi="Open Sans"/>
          <w:sz w:val="23"/>
        </w:rPr>
        <w:t>Great Egret Ardea alba</w:t>
      </w:r>
    </w:p>
    <w:p>
      <w:r>
        <w:rPr>
          <w:rFonts w:ascii="Open Sans" w:hAnsi="Open Sans"/>
          <w:sz w:val="23"/>
        </w:rPr>
        <w:t>Western Cattle Egret Ardea ibis</w:t>
      </w:r>
    </w:p>
    <w:p>
      <w:r>
        <w:rPr>
          <w:rFonts w:ascii="Open Sans" w:hAnsi="Open Sans"/>
          <w:sz w:val="23"/>
        </w:rPr>
        <w:t>Eastern Cattle Egret Ardea coromanda</w:t>
      </w:r>
    </w:p>
    <w:p>
      <w:r>
        <w:rPr>
          <w:rFonts w:ascii="Open Sans" w:hAnsi="Open Sans"/>
          <w:sz w:val="23"/>
        </w:rPr>
        <w:t>Purple Heron Ardea purpurea</w:t>
      </w:r>
    </w:p>
    <w:p>
      <w:r>
        <w:rPr>
          <w:rFonts w:ascii="Open Sans" w:hAnsi="Open Sans"/>
          <w:sz w:val="23"/>
        </w:rPr>
        <w:t>Grey Heron Ardea cinerea</w:t>
      </w:r>
    </w:p>
    <w:p>
      <w:r>
        <w:rPr>
          <w:rFonts w:ascii="Open Sans" w:hAnsi="Open Sans"/>
          <w:sz w:val="23"/>
        </w:rPr>
        <w:t>European Nightjar Caprimulgus europaeus</w:t>
      </w:r>
    </w:p>
    <w:p>
      <w:r>
        <w:rPr>
          <w:rFonts w:ascii="Open Sans" w:hAnsi="Open Sans"/>
          <w:sz w:val="23"/>
        </w:rPr>
        <w:t>Egyptian Nightjar Caprimulgus aegyptius</w:t>
      </w:r>
    </w:p>
    <w:p>
      <w:r>
        <w:rPr>
          <w:rFonts w:ascii="Open Sans" w:hAnsi="Open Sans"/>
          <w:sz w:val="23"/>
        </w:rPr>
        <w:t>Alpine Swift Tachymarptis melba</w:t>
      </w:r>
    </w:p>
    <w:p>
      <w:r>
        <w:rPr>
          <w:rFonts w:ascii="Open Sans" w:hAnsi="Open Sans"/>
          <w:sz w:val="23"/>
        </w:rPr>
        <w:t>Little Swift Apus affinis</w:t>
      </w:r>
    </w:p>
    <w:p>
      <w:r>
        <w:rPr>
          <w:rFonts w:ascii="Open Sans" w:hAnsi="Open Sans"/>
          <w:sz w:val="23"/>
        </w:rPr>
        <w:t>Common Swift Apus apus</w:t>
      </w:r>
    </w:p>
    <w:p>
      <w:r>
        <w:rPr>
          <w:rFonts w:ascii="Open Sans" w:hAnsi="Open Sans"/>
          <w:sz w:val="23"/>
        </w:rPr>
        <w:t>Pallid Swift Apus pallidus</w:t>
      </w:r>
    </w:p>
    <w:p>
      <w:r>
        <w:rPr>
          <w:rFonts w:ascii="Open Sans" w:hAnsi="Open Sans"/>
          <w:sz w:val="23"/>
        </w:rPr>
        <w:t>Western Barn Owl Tyto alba</w:t>
      </w:r>
    </w:p>
    <w:p>
      <w:r>
        <w:rPr>
          <w:rFonts w:ascii="Open Sans" w:hAnsi="Open Sans"/>
          <w:sz w:val="23"/>
        </w:rPr>
        <w:t>Little Owl Athene noctua lilith</w:t>
      </w:r>
    </w:p>
    <w:p>
      <w:r>
        <w:rPr>
          <w:rFonts w:ascii="Open Sans" w:hAnsi="Open Sans"/>
          <w:sz w:val="23"/>
        </w:rPr>
        <w:t>Eurasian Scops Owl Otus scops</w:t>
      </w:r>
    </w:p>
    <w:p>
      <w:r>
        <w:rPr>
          <w:rFonts w:ascii="Open Sans" w:hAnsi="Open Sans"/>
          <w:sz w:val="23"/>
        </w:rPr>
        <w:t>Pallid Scops Owl Otus brucei</w:t>
      </w:r>
    </w:p>
    <w:p>
      <w:r>
        <w:rPr>
          <w:rFonts w:ascii="Open Sans" w:hAnsi="Open Sans"/>
          <w:sz w:val="23"/>
        </w:rPr>
        <w:t>Short-eared Owl Asio flammeus</w:t>
      </w:r>
    </w:p>
    <w:p>
      <w:r>
        <w:rPr>
          <w:rFonts w:ascii="Open Sans" w:hAnsi="Open Sans"/>
          <w:sz w:val="23"/>
        </w:rPr>
        <w:t>Long-eared Owl Asio otus</w:t>
      </w:r>
    </w:p>
    <w:p>
      <w:r>
        <w:rPr>
          <w:rFonts w:ascii="Open Sans" w:hAnsi="Open Sans"/>
          <w:sz w:val="23"/>
        </w:rPr>
        <w:t>Pharaoh Eagle-Owl Bubo ascalaphus</w:t>
      </w:r>
    </w:p>
    <w:p>
      <w:r>
        <w:rPr>
          <w:rFonts w:ascii="Open Sans" w:hAnsi="Open Sans"/>
          <w:sz w:val="23"/>
        </w:rPr>
        <w:t>Osprey Pandion haliaetus</w:t>
      </w:r>
    </w:p>
    <w:p>
      <w:r>
        <w:rPr>
          <w:rFonts w:ascii="Open Sans" w:hAnsi="Open Sans"/>
          <w:sz w:val="23"/>
        </w:rPr>
        <w:t>Black-winged Kite Elanus caeruleus</w:t>
      </w:r>
    </w:p>
    <w:p>
      <w:r>
        <w:rPr>
          <w:rFonts w:ascii="Open Sans" w:hAnsi="Open Sans"/>
          <w:sz w:val="23"/>
        </w:rPr>
        <w:t>Egyptian Vulture Neophron percnopterus</w:t>
      </w:r>
    </w:p>
    <w:p>
      <w:r>
        <w:rPr>
          <w:rFonts w:ascii="Open Sans" w:hAnsi="Open Sans"/>
          <w:sz w:val="23"/>
        </w:rPr>
        <w:t>European Honey Buzzard Pernis apivorus</w:t>
      </w:r>
    </w:p>
    <w:p>
      <w:r>
        <w:rPr>
          <w:rFonts w:ascii="Open Sans" w:hAnsi="Open Sans"/>
          <w:sz w:val="23"/>
        </w:rPr>
        <w:t>Crested Honey Buzzard Pernis ptilorhynchus</w:t>
      </w:r>
    </w:p>
    <w:p>
      <w:r>
        <w:rPr>
          <w:rFonts w:ascii="Open Sans" w:hAnsi="Open Sans"/>
          <w:sz w:val="23"/>
        </w:rPr>
        <w:t>Cinereous Vulture Aegypius monachus</w:t>
      </w:r>
    </w:p>
    <w:p>
      <w:r>
        <w:rPr>
          <w:rFonts w:ascii="Open Sans" w:hAnsi="Open Sans"/>
          <w:sz w:val="23"/>
        </w:rPr>
        <w:t>Lappet-faced Vulture Torgos tracheliotos</w:t>
      </w:r>
    </w:p>
    <w:p>
      <w:r>
        <w:rPr>
          <w:rFonts w:ascii="Open Sans" w:hAnsi="Open Sans"/>
          <w:sz w:val="23"/>
        </w:rPr>
        <w:t>Himalayan Vulture Gyps himalayensis</w:t>
      </w:r>
    </w:p>
    <w:p>
      <w:r>
        <w:rPr>
          <w:rFonts w:ascii="Open Sans" w:hAnsi="Open Sans"/>
          <w:sz w:val="23"/>
        </w:rPr>
        <w:t>Griffon Vulture Gyps fulvus</w:t>
      </w:r>
    </w:p>
    <w:p>
      <w:r>
        <w:rPr>
          <w:rFonts w:ascii="Open Sans" w:hAnsi="Open Sans"/>
          <w:sz w:val="23"/>
        </w:rPr>
        <w:t>Short-toed Snake Eagle Circaetus gallicus</w:t>
      </w:r>
    </w:p>
    <w:p>
      <w:r>
        <w:rPr>
          <w:rFonts w:ascii="Open Sans" w:hAnsi="Open Sans"/>
          <w:sz w:val="23"/>
        </w:rPr>
        <w:t>Greater Spotted Eagle Clanga clanga</w:t>
      </w:r>
    </w:p>
    <w:p>
      <w:r>
        <w:rPr>
          <w:rFonts w:ascii="Open Sans" w:hAnsi="Open Sans"/>
          <w:sz w:val="23"/>
        </w:rPr>
        <w:t>Lesser Spotted Eagle Clanga pomarina</w:t>
      </w:r>
    </w:p>
    <w:p>
      <w:r>
        <w:rPr>
          <w:rFonts w:ascii="Open Sans" w:hAnsi="Open Sans"/>
          <w:sz w:val="23"/>
        </w:rPr>
        <w:t>Booted Eagle Hieraaetus pennatus</w:t>
      </w:r>
    </w:p>
    <w:p>
      <w:r>
        <w:rPr>
          <w:rFonts w:ascii="Open Sans" w:hAnsi="Open Sans"/>
          <w:sz w:val="23"/>
        </w:rPr>
        <w:t>Steppe Eagle Aquila nipalensis</w:t>
      </w:r>
    </w:p>
    <w:p>
      <w:r>
        <w:rPr>
          <w:rFonts w:ascii="Open Sans" w:hAnsi="Open Sans"/>
          <w:sz w:val="23"/>
        </w:rPr>
        <w:t>Eastern Imperial Eagle Aquila heliaca</w:t>
      </w:r>
    </w:p>
    <w:p>
      <w:r>
        <w:rPr>
          <w:rFonts w:ascii="Open Sans" w:hAnsi="Open Sans"/>
          <w:sz w:val="23"/>
        </w:rPr>
        <w:t>Golden Eagle Aquila chrysaetos</w:t>
      </w:r>
    </w:p>
    <w:p>
      <w:r>
        <w:rPr>
          <w:rFonts w:ascii="Open Sans" w:hAnsi="Open Sans"/>
          <w:sz w:val="23"/>
        </w:rPr>
        <w:t>Bonelli’s Eagle Aquila fasciata</w:t>
      </w:r>
    </w:p>
    <w:p>
      <w:r>
        <w:rPr>
          <w:rFonts w:ascii="Open Sans" w:hAnsi="Open Sans"/>
          <w:sz w:val="23"/>
        </w:rPr>
        <w:t>Shikra Tachyspiza badia cenchroides</w:t>
      </w:r>
    </w:p>
    <w:p>
      <w:r>
        <w:rPr>
          <w:rFonts w:ascii="Open Sans" w:hAnsi="Open Sans"/>
          <w:sz w:val="23"/>
        </w:rPr>
        <w:t>Levant Sparrowhawk Tachyspiza brevipes</w:t>
      </w:r>
    </w:p>
    <w:p>
      <w:r>
        <w:rPr>
          <w:rFonts w:ascii="Open Sans" w:hAnsi="Open Sans"/>
          <w:sz w:val="23"/>
        </w:rPr>
        <w:t>Eurasian Sparrowhawk Accipiter nisus</w:t>
      </w:r>
    </w:p>
    <w:p>
      <w:r>
        <w:rPr>
          <w:rFonts w:ascii="Open Sans" w:hAnsi="Open Sans"/>
          <w:sz w:val="23"/>
        </w:rPr>
        <w:t>Eurasian Goshawk Astur gentilis</w:t>
      </w:r>
    </w:p>
    <w:p>
      <w:r>
        <w:rPr>
          <w:rFonts w:ascii="Open Sans" w:hAnsi="Open Sans"/>
          <w:sz w:val="23"/>
        </w:rPr>
        <w:t>Pallid Harrier Circus macrourus</w:t>
      </w:r>
    </w:p>
    <w:p>
      <w:r>
        <w:rPr>
          <w:rFonts w:ascii="Open Sans" w:hAnsi="Open Sans"/>
          <w:sz w:val="23"/>
        </w:rPr>
        <w:t>Hen Harrier Circus cyaneus</w:t>
      </w:r>
    </w:p>
    <w:p>
      <w:r>
        <w:rPr>
          <w:rFonts w:ascii="Open Sans" w:hAnsi="Open Sans"/>
          <w:sz w:val="23"/>
        </w:rPr>
        <w:t>Montagu’s Harrier Circus pygargus</w:t>
      </w:r>
    </w:p>
    <w:p>
      <w:r>
        <w:rPr>
          <w:rFonts w:ascii="Open Sans" w:hAnsi="Open Sans"/>
          <w:sz w:val="23"/>
        </w:rPr>
        <w:t>Western Marsh Harrier Circus aeruginosus</w:t>
      </w:r>
    </w:p>
    <w:p>
      <w:r>
        <w:rPr>
          <w:rFonts w:ascii="Open Sans" w:hAnsi="Open Sans"/>
          <w:sz w:val="23"/>
        </w:rPr>
        <w:t>Black Kite Milvus migrans</w:t>
      </w:r>
    </w:p>
    <w:p>
      <w:r>
        <w:rPr>
          <w:rFonts w:ascii="Open Sans" w:hAnsi="Open Sans"/>
          <w:sz w:val="23"/>
        </w:rPr>
        <w:t>White-tailed Eagle Haliaeetus albicilla</w:t>
      </w:r>
    </w:p>
    <w:p>
      <w:r>
        <w:rPr>
          <w:rFonts w:ascii="Open Sans" w:hAnsi="Open Sans"/>
          <w:sz w:val="23"/>
        </w:rPr>
        <w:t>Common Buzzard Buteo buteo vulpinus</w:t>
      </w:r>
    </w:p>
    <w:p>
      <w:r>
        <w:rPr>
          <w:rFonts w:ascii="Open Sans" w:hAnsi="Open Sans"/>
          <w:sz w:val="23"/>
        </w:rPr>
        <w:t>Long-legged Buzzard Buteo rufinus</w:t>
      </w:r>
    </w:p>
    <w:p>
      <w:r>
        <w:rPr>
          <w:rFonts w:ascii="Open Sans" w:hAnsi="Open Sans"/>
          <w:sz w:val="23"/>
        </w:rPr>
        <w:t>Common Hoopoe Upupa epops</w:t>
      </w:r>
    </w:p>
    <w:p>
      <w:r>
        <w:rPr>
          <w:rFonts w:ascii="Open Sans" w:hAnsi="Open Sans"/>
          <w:sz w:val="23"/>
        </w:rPr>
        <w:t>Indian Roller Coracias benghalensis</w:t>
      </w:r>
    </w:p>
    <w:p>
      <w:r>
        <w:rPr>
          <w:rFonts w:ascii="Open Sans" w:hAnsi="Open Sans"/>
          <w:sz w:val="23"/>
        </w:rPr>
        <w:t>European Roller Coracias garrulus</w:t>
      </w:r>
    </w:p>
    <w:p>
      <w:r>
        <w:rPr>
          <w:rFonts w:ascii="Open Sans" w:hAnsi="Open Sans"/>
          <w:sz w:val="23"/>
        </w:rPr>
        <w:t>European Bee-eater Merops apiaster</w:t>
      </w:r>
    </w:p>
    <w:p>
      <w:r>
        <w:rPr>
          <w:rFonts w:ascii="Open Sans" w:hAnsi="Open Sans"/>
          <w:sz w:val="23"/>
        </w:rPr>
        <w:t>Blue-cheeked Bee-eater Merops persicus</w:t>
      </w:r>
    </w:p>
    <w:p>
      <w:r>
        <w:rPr>
          <w:rFonts w:ascii="Open Sans" w:hAnsi="Open Sans"/>
          <w:sz w:val="23"/>
        </w:rPr>
        <w:t>Common Kingfisher Alcedo atthis</w:t>
      </w:r>
    </w:p>
    <w:p>
      <w:r>
        <w:rPr>
          <w:rFonts w:ascii="Open Sans" w:hAnsi="Open Sans"/>
          <w:sz w:val="23"/>
        </w:rPr>
        <w:t>Pied Kingfisher Ceryle rudis</w:t>
      </w:r>
    </w:p>
    <w:p>
      <w:r>
        <w:rPr>
          <w:rFonts w:ascii="Open Sans" w:hAnsi="Open Sans"/>
          <w:sz w:val="23"/>
        </w:rPr>
        <w:t>White-throated Kingfisher Halcyon smyrnensis</w:t>
      </w:r>
    </w:p>
    <w:p>
      <w:r>
        <w:rPr>
          <w:rFonts w:ascii="Open Sans" w:hAnsi="Open Sans"/>
          <w:sz w:val="23"/>
        </w:rPr>
        <w:t>Eurasian Wryneck Jynx torquilla</w:t>
      </w:r>
    </w:p>
    <w:p>
      <w:r>
        <w:rPr>
          <w:rFonts w:ascii="Open Sans" w:hAnsi="Open Sans"/>
          <w:sz w:val="23"/>
        </w:rPr>
        <w:t>Lesser Kestrel Falco naumanni</w:t>
      </w:r>
    </w:p>
    <w:p>
      <w:r>
        <w:rPr>
          <w:rFonts w:ascii="Open Sans" w:hAnsi="Open Sans"/>
          <w:sz w:val="23"/>
        </w:rPr>
        <w:t>Common Kestrel Falco tinnunculus</w:t>
      </w:r>
    </w:p>
    <w:p>
      <w:r>
        <w:rPr>
          <w:rFonts w:ascii="Open Sans" w:hAnsi="Open Sans"/>
          <w:sz w:val="23"/>
        </w:rPr>
        <w:t>Red-footed Falcon Falco vespertinus</w:t>
      </w:r>
    </w:p>
    <w:p>
      <w:r>
        <w:rPr>
          <w:rFonts w:ascii="Open Sans" w:hAnsi="Open Sans"/>
          <w:sz w:val="23"/>
        </w:rPr>
        <w:t>Amur Falcon Falco amurensis</w:t>
      </w:r>
    </w:p>
    <w:p>
      <w:r>
        <w:rPr>
          <w:rFonts w:ascii="Open Sans" w:hAnsi="Open Sans"/>
          <w:sz w:val="23"/>
        </w:rPr>
        <w:t>Merlin Falco columbarius</w:t>
      </w:r>
    </w:p>
    <w:p>
      <w:r>
        <w:rPr>
          <w:rFonts w:ascii="Open Sans" w:hAnsi="Open Sans"/>
          <w:sz w:val="23"/>
        </w:rPr>
        <w:t>Eleonora’s Falcon Falco eleonorae</w:t>
      </w:r>
    </w:p>
    <w:p>
      <w:r>
        <w:rPr>
          <w:rFonts w:ascii="Open Sans" w:hAnsi="Open Sans"/>
          <w:sz w:val="23"/>
        </w:rPr>
        <w:t>Sooty Falcon Falco concolor</w:t>
      </w:r>
    </w:p>
    <w:p>
      <w:r>
        <w:rPr>
          <w:rFonts w:ascii="Open Sans" w:hAnsi="Open Sans"/>
          <w:sz w:val="23"/>
        </w:rPr>
        <w:t>Eurasian Hobby Falco subbuteo</w:t>
      </w:r>
    </w:p>
    <w:p>
      <w:r>
        <w:rPr>
          <w:rFonts w:ascii="Open Sans" w:hAnsi="Open Sans"/>
          <w:sz w:val="23"/>
        </w:rPr>
        <w:t>Peregrine Falcon Falco peregrinus</w:t>
      </w:r>
    </w:p>
    <w:p>
      <w:r>
        <w:rPr>
          <w:rFonts w:ascii="Open Sans" w:hAnsi="Open Sans"/>
          <w:sz w:val="23"/>
        </w:rPr>
        <w:t>Lanner Falcon Falco biarmicus</w:t>
      </w:r>
    </w:p>
    <w:p>
      <w:r>
        <w:rPr>
          <w:rFonts w:ascii="Open Sans" w:hAnsi="Open Sans"/>
          <w:sz w:val="23"/>
        </w:rPr>
        <w:t>Saker Falcon Falco cherrug</w:t>
      </w:r>
    </w:p>
    <w:p>
      <w:r>
        <w:rPr>
          <w:rFonts w:ascii="Open Sans" w:hAnsi="Open Sans"/>
          <w:sz w:val="23"/>
        </w:rPr>
        <w:t>Rose-ringed Parakeet Psittacula krameri (Category C)</w:t>
      </w:r>
    </w:p>
    <w:p>
      <w:r>
        <w:rPr>
          <w:rFonts w:ascii="Open Sans" w:hAnsi="Open Sans"/>
          <w:sz w:val="23"/>
        </w:rPr>
        <w:t>Eurasian Golden Oriole Oriolus oriolus</w:t>
      </w:r>
    </w:p>
    <w:p>
      <w:r>
        <w:rPr>
          <w:rFonts w:ascii="Open Sans" w:hAnsi="Open Sans"/>
          <w:sz w:val="23"/>
        </w:rPr>
        <w:t>Ashy Drongo Dicrurus leucophaeus</w:t>
      </w:r>
    </w:p>
    <w:p>
      <w:r>
        <w:rPr>
          <w:rFonts w:ascii="Open Sans" w:hAnsi="Open Sans"/>
          <w:sz w:val="23"/>
        </w:rPr>
        <w:t>Black Drongo Dicrurus macrocercus</w:t>
      </w:r>
    </w:p>
    <w:p>
      <w:r>
        <w:rPr>
          <w:rFonts w:ascii="Open Sans" w:hAnsi="Open Sans"/>
          <w:sz w:val="23"/>
        </w:rPr>
        <w:t>Great Grey Shrike Lanius excubitor pallidirostris</w:t>
      </w:r>
    </w:p>
    <w:p>
      <w:r>
        <w:rPr>
          <w:rFonts w:ascii="Open Sans" w:hAnsi="Open Sans"/>
          <w:sz w:val="23"/>
        </w:rPr>
        <w:t>Masked Shrike Lanius nubicus</w:t>
      </w:r>
    </w:p>
    <w:p>
      <w:r>
        <w:rPr>
          <w:rFonts w:ascii="Open Sans" w:hAnsi="Open Sans"/>
          <w:sz w:val="23"/>
        </w:rPr>
        <w:t>Lesser Grey Shrike Lanius minor</w:t>
      </w:r>
    </w:p>
    <w:p>
      <w:r>
        <w:rPr>
          <w:rFonts w:ascii="Open Sans" w:hAnsi="Open Sans"/>
          <w:sz w:val="23"/>
        </w:rPr>
        <w:t>Woodchat Shrike Lanius senator</w:t>
      </w:r>
    </w:p>
    <w:p>
      <w:r>
        <w:rPr>
          <w:rFonts w:ascii="Open Sans" w:hAnsi="Open Sans"/>
          <w:sz w:val="23"/>
        </w:rPr>
        <w:t>Bay-backed Shrike Lanius vittatus</w:t>
      </w:r>
    </w:p>
    <w:p>
      <w:r>
        <w:rPr>
          <w:rFonts w:ascii="Open Sans" w:hAnsi="Open Sans"/>
          <w:sz w:val="23"/>
        </w:rPr>
        <w:t>Isabelline Shrike Lanius isabellinus</w:t>
      </w:r>
    </w:p>
    <w:p>
      <w:r>
        <w:rPr>
          <w:rFonts w:ascii="Open Sans" w:hAnsi="Open Sans"/>
          <w:sz w:val="23"/>
        </w:rPr>
        <w:t>Red-backed Shrike Lanius collurio</w:t>
      </w:r>
    </w:p>
    <w:p>
      <w:r>
        <w:rPr>
          <w:rFonts w:ascii="Open Sans" w:hAnsi="Open Sans"/>
          <w:sz w:val="23"/>
        </w:rPr>
        <w:t>Red-tailed Shrike Lanius phoenicuroides</w:t>
      </w:r>
    </w:p>
    <w:p>
      <w:r>
        <w:rPr>
          <w:rFonts w:ascii="Open Sans" w:hAnsi="Open Sans"/>
          <w:sz w:val="23"/>
        </w:rPr>
        <w:t>Long-tailed Shrike Lanius schach</w:t>
      </w:r>
    </w:p>
    <w:p>
      <w:r>
        <w:rPr>
          <w:rFonts w:ascii="Open Sans" w:hAnsi="Open Sans"/>
          <w:sz w:val="23"/>
        </w:rPr>
        <w:t>Brown Shrike Lanius cristatus</w:t>
      </w:r>
    </w:p>
    <w:p>
      <w:r>
        <w:rPr>
          <w:rFonts w:ascii="Open Sans" w:hAnsi="Open Sans"/>
          <w:sz w:val="23"/>
        </w:rPr>
        <w:t>Rook Corvus frugilegus</w:t>
      </w:r>
    </w:p>
    <w:p>
      <w:r>
        <w:rPr>
          <w:rFonts w:ascii="Open Sans" w:hAnsi="Open Sans"/>
          <w:sz w:val="23"/>
        </w:rPr>
        <w:t>Brown-necked Raven Corvus ruficollis</w:t>
      </w:r>
    </w:p>
    <w:p>
      <w:r>
        <w:rPr>
          <w:rFonts w:ascii="Open Sans" w:hAnsi="Open Sans"/>
          <w:sz w:val="23"/>
        </w:rPr>
        <w:t>Carrion Crow Corvus corone cornix</w:t>
      </w:r>
    </w:p>
    <w:p>
      <w:r>
        <w:rPr>
          <w:rFonts w:ascii="Open Sans" w:hAnsi="Open Sans"/>
          <w:sz w:val="23"/>
        </w:rPr>
        <w:t>House Crow Corvus splendens (Category C)</w:t>
      </w:r>
    </w:p>
    <w:p>
      <w:r>
        <w:rPr>
          <w:rFonts w:ascii="Open Sans" w:hAnsi="Open Sans"/>
          <w:sz w:val="23"/>
        </w:rPr>
        <w:t>Eurasian Penduline Tit Remiz pendulinus</w:t>
      </w:r>
    </w:p>
    <w:p>
      <w:r>
        <w:rPr>
          <w:rFonts w:ascii="Open Sans" w:hAnsi="Open Sans"/>
          <w:sz w:val="23"/>
        </w:rPr>
        <w:t>Great Tit Parus major</w:t>
      </w:r>
    </w:p>
    <w:p>
      <w:r>
        <w:rPr>
          <w:rFonts w:ascii="Open Sans" w:hAnsi="Open Sans"/>
          <w:sz w:val="23"/>
        </w:rPr>
        <w:t>Sombre Tit Poecile lugubris</w:t>
      </w:r>
    </w:p>
    <w:p>
      <w:r>
        <w:rPr>
          <w:rFonts w:ascii="Open Sans" w:hAnsi="Open Sans"/>
          <w:sz w:val="23"/>
        </w:rPr>
        <w:t>Greater Hoopoe-Lark Alaemon alaudipes</w:t>
      </w:r>
    </w:p>
    <w:p>
      <w:r>
        <w:rPr>
          <w:rFonts w:ascii="Open Sans" w:hAnsi="Open Sans"/>
          <w:sz w:val="23"/>
        </w:rPr>
        <w:t>Thick-billed Lark Ramphocoris clotbey</w:t>
      </w:r>
    </w:p>
    <w:p>
      <w:r>
        <w:rPr>
          <w:rFonts w:ascii="Open Sans" w:hAnsi="Open Sans"/>
          <w:sz w:val="23"/>
        </w:rPr>
        <w:t>Bar-tailed Lark Ammomanes cinctura</w:t>
      </w:r>
    </w:p>
    <w:p>
      <w:r>
        <w:rPr>
          <w:rFonts w:ascii="Open Sans" w:hAnsi="Open Sans"/>
          <w:sz w:val="23"/>
        </w:rPr>
        <w:t>Desert Lark Ammomanes deserti</w:t>
      </w:r>
    </w:p>
    <w:p>
      <w:r>
        <w:rPr>
          <w:rFonts w:ascii="Open Sans" w:hAnsi="Open Sans"/>
          <w:sz w:val="23"/>
        </w:rPr>
        <w:t>Black-crowned Sparrow-Lark Eremopterix nigriceps</w:t>
      </w:r>
    </w:p>
    <w:p>
      <w:r>
        <w:rPr>
          <w:rFonts w:ascii="Open Sans" w:hAnsi="Open Sans"/>
          <w:sz w:val="23"/>
        </w:rPr>
        <w:t>Woodlark Lullula arborea</w:t>
      </w:r>
    </w:p>
    <w:p>
      <w:r>
        <w:rPr>
          <w:rFonts w:ascii="Open Sans" w:hAnsi="Open Sans"/>
          <w:sz w:val="23"/>
        </w:rPr>
        <w:t>Oriental Skylark Alauda gulgula</w:t>
      </w:r>
    </w:p>
    <w:p>
      <w:r>
        <w:rPr>
          <w:rFonts w:ascii="Open Sans" w:hAnsi="Open Sans"/>
          <w:sz w:val="23"/>
        </w:rPr>
        <w:t>Eurasian Skylark Alauda arvensis</w:t>
      </w:r>
    </w:p>
    <w:p>
      <w:r>
        <w:rPr>
          <w:rFonts w:ascii="Open Sans" w:hAnsi="Open Sans"/>
          <w:sz w:val="23"/>
        </w:rPr>
        <w:t>Crested Lark Galerida cristata</w:t>
      </w:r>
    </w:p>
    <w:p>
      <w:r>
        <w:rPr>
          <w:rFonts w:ascii="Open Sans" w:hAnsi="Open Sans"/>
          <w:sz w:val="23"/>
        </w:rPr>
        <w:t>Temminck’s Lark Eremophila bilopha</w:t>
      </w:r>
    </w:p>
    <w:p>
      <w:r>
        <w:rPr>
          <w:rFonts w:ascii="Open Sans" w:hAnsi="Open Sans"/>
          <w:sz w:val="23"/>
        </w:rPr>
        <w:t>Greater Short-toed Lark Calandrella brachydactyla</w:t>
      </w:r>
    </w:p>
    <w:p>
      <w:r>
        <w:rPr>
          <w:rFonts w:ascii="Open Sans" w:hAnsi="Open Sans"/>
          <w:sz w:val="23"/>
        </w:rPr>
        <w:t>Bimaculated Lark Melanocorypha bimaculata</w:t>
      </w:r>
    </w:p>
    <w:p>
      <w:r>
        <w:rPr>
          <w:rFonts w:ascii="Open Sans" w:hAnsi="Open Sans"/>
          <w:sz w:val="23"/>
        </w:rPr>
        <w:t>Calandra Lark Melanocorypha calandra</w:t>
      </w:r>
    </w:p>
    <w:p>
      <w:r>
        <w:rPr>
          <w:rFonts w:ascii="Open Sans" w:hAnsi="Open Sans"/>
          <w:sz w:val="23"/>
        </w:rPr>
        <w:t>Arabian Lark Eremalauda eremodites</w:t>
      </w:r>
    </w:p>
    <w:p>
      <w:r>
        <w:rPr>
          <w:rFonts w:ascii="Open Sans" w:hAnsi="Open Sans"/>
          <w:sz w:val="23"/>
        </w:rPr>
        <w:t>Turkestan Short-toed Lark Alaudala heinei</w:t>
      </w:r>
    </w:p>
    <w:p>
      <w:r>
        <w:rPr>
          <w:rFonts w:ascii="Open Sans" w:hAnsi="Open Sans"/>
          <w:sz w:val="23"/>
        </w:rPr>
        <w:t>Delicate Prinia Prinia lepida</w:t>
      </w:r>
    </w:p>
    <w:p>
      <w:r>
        <w:rPr>
          <w:rFonts w:ascii="Open Sans" w:hAnsi="Open Sans"/>
          <w:sz w:val="23"/>
        </w:rPr>
        <w:t>Zitting Cisticola Cisticola juncidis</w:t>
      </w:r>
    </w:p>
    <w:p>
      <w:r>
        <w:rPr>
          <w:rFonts w:ascii="Open Sans" w:hAnsi="Open Sans"/>
          <w:sz w:val="23"/>
        </w:rPr>
        <w:t>Icterine Warbler Hippolais icterina</w:t>
      </w:r>
    </w:p>
    <w:p>
      <w:r>
        <w:rPr>
          <w:rFonts w:ascii="Open Sans" w:hAnsi="Open Sans"/>
          <w:sz w:val="23"/>
        </w:rPr>
        <w:t>Upcher’s Warbler Hippolais languida</w:t>
      </w:r>
    </w:p>
    <w:p>
      <w:r>
        <w:rPr>
          <w:rFonts w:ascii="Open Sans" w:hAnsi="Open Sans"/>
          <w:sz w:val="23"/>
        </w:rPr>
        <w:t>Olive-tree Warbler Hippolais olivetorum</w:t>
      </w:r>
    </w:p>
    <w:p>
      <w:r>
        <w:rPr>
          <w:rFonts w:ascii="Open Sans" w:hAnsi="Open Sans"/>
          <w:sz w:val="23"/>
        </w:rPr>
        <w:t>Thick-billed Warbler Arundinax aedon</w:t>
      </w:r>
    </w:p>
    <w:p>
      <w:r>
        <w:rPr>
          <w:rFonts w:ascii="Open Sans" w:hAnsi="Open Sans"/>
          <w:sz w:val="23"/>
        </w:rPr>
        <w:t>Booted Warbler Iduna caligata</w:t>
      </w:r>
    </w:p>
    <w:p>
      <w:r>
        <w:rPr>
          <w:rFonts w:ascii="Open Sans" w:hAnsi="Open Sans"/>
          <w:sz w:val="23"/>
        </w:rPr>
        <w:t>Sykes’s Warbler Iduna rama</w:t>
      </w:r>
    </w:p>
    <w:p>
      <w:r>
        <w:rPr>
          <w:rFonts w:ascii="Open Sans" w:hAnsi="Open Sans"/>
          <w:sz w:val="23"/>
        </w:rPr>
        <w:t>Eastern Olivaceous Warbler Iduna pallida</w:t>
      </w:r>
    </w:p>
    <w:p>
      <w:r>
        <w:rPr>
          <w:rFonts w:ascii="Open Sans" w:hAnsi="Open Sans"/>
          <w:sz w:val="23"/>
        </w:rPr>
        <w:t>Sedge Warbler Acrocephalus schoenobaenus</w:t>
      </w:r>
    </w:p>
    <w:p>
      <w:r>
        <w:rPr>
          <w:rFonts w:ascii="Open Sans" w:hAnsi="Open Sans"/>
          <w:sz w:val="23"/>
        </w:rPr>
        <w:t>Moustached Warbler Acrocephalus melanopogon</w:t>
      </w:r>
    </w:p>
    <w:p>
      <w:r>
        <w:rPr>
          <w:rFonts w:ascii="Open Sans" w:hAnsi="Open Sans"/>
          <w:sz w:val="23"/>
        </w:rPr>
        <w:t>Paddyfield Warbler Acrocephalus agricola</w:t>
      </w:r>
    </w:p>
    <w:p>
      <w:r>
        <w:rPr>
          <w:rFonts w:ascii="Open Sans" w:hAnsi="Open Sans"/>
          <w:sz w:val="23"/>
        </w:rPr>
        <w:t>Blyth’s Reed Warbler Acrocephalus dumetorum</w:t>
      </w:r>
    </w:p>
    <w:p>
      <w:r>
        <w:rPr>
          <w:rFonts w:ascii="Open Sans" w:hAnsi="Open Sans"/>
          <w:sz w:val="23"/>
        </w:rPr>
        <w:t>Marsh Warbler Acrocephalus palustris</w:t>
      </w:r>
    </w:p>
    <w:p>
      <w:r>
        <w:rPr>
          <w:rFonts w:ascii="Open Sans" w:hAnsi="Open Sans"/>
          <w:sz w:val="23"/>
        </w:rPr>
        <w:t>Common Reed Warbler Acrocephalus scirpaceus fuscus</w:t>
      </w:r>
    </w:p>
    <w:p>
      <w:r>
        <w:rPr>
          <w:rFonts w:ascii="Open Sans" w:hAnsi="Open Sans"/>
          <w:sz w:val="23"/>
        </w:rPr>
        <w:t>Basra Reed Warbler Acrocephalus griseldis</w:t>
      </w:r>
    </w:p>
    <w:p>
      <w:r>
        <w:rPr>
          <w:rFonts w:ascii="Open Sans" w:hAnsi="Open Sans"/>
          <w:sz w:val="23"/>
        </w:rPr>
        <w:t>Great Reed Warbler Acrocephalus arundinaceus</w:t>
      </w:r>
    </w:p>
    <w:p>
      <w:r>
        <w:rPr>
          <w:rFonts w:ascii="Open Sans" w:hAnsi="Open Sans"/>
          <w:sz w:val="23"/>
        </w:rPr>
        <w:t>Clamorous Reed Warbler Acrocephalus stentoreus brunnescens</w:t>
      </w:r>
    </w:p>
    <w:p>
      <w:r>
        <w:rPr>
          <w:rFonts w:ascii="Open Sans" w:hAnsi="Open Sans"/>
          <w:sz w:val="23"/>
        </w:rPr>
        <w:t>River Warbler Locustella fluviatilis</w:t>
      </w:r>
    </w:p>
    <w:p>
      <w:r>
        <w:rPr>
          <w:rFonts w:ascii="Open Sans" w:hAnsi="Open Sans"/>
          <w:sz w:val="23"/>
        </w:rPr>
        <w:t>Savi’s Warbler Locustella luscinioides</w:t>
      </w:r>
    </w:p>
    <w:p>
      <w:r>
        <w:rPr>
          <w:rFonts w:ascii="Open Sans" w:hAnsi="Open Sans"/>
          <w:sz w:val="23"/>
        </w:rPr>
        <w:t>Common Grasshopper Warbler Locustella naevia straminea</w:t>
      </w:r>
    </w:p>
    <w:p>
      <w:r>
        <w:rPr>
          <w:rFonts w:ascii="Open Sans" w:hAnsi="Open Sans"/>
          <w:sz w:val="23"/>
        </w:rPr>
        <w:t>Sand Martin Riparia riparia</w:t>
      </w:r>
    </w:p>
    <w:p>
      <w:r>
        <w:rPr>
          <w:rFonts w:ascii="Open Sans" w:hAnsi="Open Sans"/>
          <w:sz w:val="23"/>
        </w:rPr>
        <w:t>Pale Martin Riparia diluta</w:t>
      </w:r>
    </w:p>
    <w:p>
      <w:r>
        <w:rPr>
          <w:rFonts w:ascii="Open Sans" w:hAnsi="Open Sans"/>
          <w:sz w:val="23"/>
        </w:rPr>
        <w:t>Grey-throated Martin Riparia chinensis</w:t>
      </w:r>
    </w:p>
    <w:p>
      <w:r>
        <w:rPr>
          <w:rFonts w:ascii="Open Sans" w:hAnsi="Open Sans"/>
          <w:sz w:val="23"/>
        </w:rPr>
        <w:t>Eurasian Crag Martin Ptyonoprogne rupestris</w:t>
      </w:r>
    </w:p>
    <w:p>
      <w:r>
        <w:rPr>
          <w:rFonts w:ascii="Open Sans" w:hAnsi="Open Sans"/>
          <w:sz w:val="23"/>
        </w:rPr>
        <w:t>Pale Crag Martin Ptyonoprogne obsoleta</w:t>
      </w:r>
    </w:p>
    <w:p>
      <w:r>
        <w:rPr>
          <w:rFonts w:ascii="Open Sans" w:hAnsi="Open Sans"/>
          <w:sz w:val="23"/>
        </w:rPr>
        <w:t>Barn Swallow Hirundo rustica</w:t>
      </w:r>
    </w:p>
    <w:p>
      <w:r>
        <w:rPr>
          <w:rFonts w:ascii="Open Sans" w:hAnsi="Open Sans"/>
          <w:sz w:val="23"/>
        </w:rPr>
        <w:t>Western House Martin Delichon urbicum</w:t>
      </w:r>
    </w:p>
    <w:p>
      <w:r>
        <w:rPr>
          <w:rFonts w:ascii="Open Sans" w:hAnsi="Open Sans"/>
          <w:sz w:val="23"/>
        </w:rPr>
        <w:t>Lesser Striped Swallow Cecropis abyssinica</w:t>
      </w:r>
    </w:p>
    <w:p>
      <w:r>
        <w:rPr>
          <w:rFonts w:ascii="Open Sans" w:hAnsi="Open Sans"/>
          <w:sz w:val="23"/>
        </w:rPr>
        <w:t>European Red-rumped Swallow Cecropis rufula</w:t>
      </w:r>
    </w:p>
    <w:p>
      <w:r>
        <w:rPr>
          <w:rFonts w:ascii="Open Sans" w:hAnsi="Open Sans"/>
          <w:sz w:val="23"/>
        </w:rPr>
        <w:t>Eastern Red-rumped Swallow Cecropis daurica</w:t>
      </w:r>
    </w:p>
    <w:p>
      <w:r>
        <w:rPr>
          <w:rFonts w:ascii="Open Sans" w:hAnsi="Open Sans"/>
          <w:sz w:val="23"/>
        </w:rPr>
        <w:t>Streak-throated Swallow Petrochelidon fluvicola</w:t>
      </w:r>
    </w:p>
    <w:p>
      <w:r>
        <w:rPr>
          <w:rFonts w:ascii="Open Sans" w:hAnsi="Open Sans"/>
          <w:sz w:val="23"/>
        </w:rPr>
        <w:t>Cetti’s Warbler Cettia cetti</w:t>
      </w:r>
    </w:p>
    <w:p>
      <w:r>
        <w:rPr>
          <w:rFonts w:ascii="Open Sans" w:hAnsi="Open Sans"/>
          <w:sz w:val="23"/>
        </w:rPr>
        <w:t>Wood Warbler Phylloscopus sibilatrix</w:t>
      </w:r>
    </w:p>
    <w:p>
      <w:r>
        <w:rPr>
          <w:rFonts w:ascii="Open Sans" w:hAnsi="Open Sans"/>
          <w:sz w:val="23"/>
        </w:rPr>
        <w:t>Eastern Bonelli’s Warbler Phylloscopus orientalis</w:t>
      </w:r>
    </w:p>
    <w:p>
      <w:r>
        <w:rPr>
          <w:rFonts w:ascii="Open Sans" w:hAnsi="Open Sans"/>
          <w:sz w:val="23"/>
        </w:rPr>
        <w:t>Yellow-browed Warbler Phylloscopus inornatus</w:t>
      </w:r>
    </w:p>
    <w:p>
      <w:r>
        <w:rPr>
          <w:rFonts w:ascii="Open Sans" w:hAnsi="Open Sans"/>
          <w:sz w:val="23"/>
        </w:rPr>
        <w:t>Hume’s Leaf Warbler Phylloscopus humei</w:t>
      </w:r>
    </w:p>
    <w:p>
      <w:r>
        <w:rPr>
          <w:rFonts w:ascii="Open Sans" w:hAnsi="Open Sans"/>
          <w:sz w:val="23"/>
        </w:rPr>
        <w:t>Dusky Warbler Phylloscopus fuscatus</w:t>
      </w:r>
    </w:p>
    <w:p>
      <w:r>
        <w:rPr>
          <w:rFonts w:ascii="Open Sans" w:hAnsi="Open Sans"/>
          <w:sz w:val="23"/>
        </w:rPr>
        <w:t>Plain Leaf Warbler Phylloscopus neglectus</w:t>
      </w:r>
    </w:p>
    <w:p>
      <w:r>
        <w:rPr>
          <w:rFonts w:ascii="Open Sans" w:hAnsi="Open Sans"/>
          <w:sz w:val="23"/>
        </w:rPr>
        <w:t>Willow Warbler Phylloscopus trochilus</w:t>
      </w:r>
    </w:p>
    <w:p>
      <w:r>
        <w:rPr>
          <w:rFonts w:ascii="Open Sans" w:hAnsi="Open Sans"/>
          <w:sz w:val="23"/>
        </w:rPr>
        <w:t>Mountain Chiffchaff Phylloscopus sindianus lorenzii</w:t>
      </w:r>
    </w:p>
    <w:p>
      <w:r>
        <w:rPr>
          <w:rFonts w:ascii="Open Sans" w:hAnsi="Open Sans"/>
          <w:sz w:val="23"/>
        </w:rPr>
        <w:t>Common Chiffchaff Phylloscopus collybita</w:t>
      </w:r>
    </w:p>
    <w:p>
      <w:r>
        <w:rPr>
          <w:rFonts w:ascii="Open Sans" w:hAnsi="Open Sans"/>
          <w:sz w:val="23"/>
        </w:rPr>
        <w:t>Green Warbler Phylloscopus nitidus</w:t>
      </w:r>
    </w:p>
    <w:p>
      <w:r>
        <w:rPr>
          <w:rFonts w:ascii="Open Sans" w:hAnsi="Open Sans"/>
          <w:sz w:val="23"/>
        </w:rPr>
        <w:t>Red-vented Bulbul Pycnonotus cafer (Category C)</w:t>
      </w:r>
    </w:p>
    <w:p>
      <w:r>
        <w:rPr>
          <w:rFonts w:ascii="Open Sans" w:hAnsi="Open Sans"/>
          <w:sz w:val="23"/>
        </w:rPr>
        <w:t>White-eared Bulbul Pycnonotus leucotis (Category C)</w:t>
      </w:r>
    </w:p>
    <w:p>
      <w:r>
        <w:rPr>
          <w:rFonts w:ascii="Open Sans" w:hAnsi="Open Sans"/>
          <w:sz w:val="23"/>
        </w:rPr>
        <w:t>Garden Warbler Sylvia borin</w:t>
      </w:r>
    </w:p>
    <w:p>
      <w:r>
        <w:rPr>
          <w:rFonts w:ascii="Open Sans" w:hAnsi="Open Sans"/>
          <w:sz w:val="23"/>
        </w:rPr>
        <w:t>Eurasian Blackcap Sylvia atricapilla</w:t>
      </w:r>
    </w:p>
    <w:p>
      <w:r>
        <w:rPr>
          <w:rFonts w:ascii="Open Sans" w:hAnsi="Open Sans"/>
          <w:sz w:val="23"/>
        </w:rPr>
        <w:t>Barred Warbler Curruca nisoria</w:t>
      </w:r>
    </w:p>
    <w:p>
      <w:r>
        <w:rPr>
          <w:rFonts w:ascii="Open Sans" w:hAnsi="Open Sans"/>
          <w:sz w:val="23"/>
        </w:rPr>
        <w:t>Lesser Whitethroat Curruca curruca</w:t>
      </w:r>
    </w:p>
    <w:p>
      <w:r>
        <w:rPr>
          <w:rFonts w:ascii="Open Sans" w:hAnsi="Open Sans"/>
          <w:sz w:val="23"/>
        </w:rPr>
        <w:t>Eastern Orphean Warbler Curruca crassirostris</w:t>
      </w:r>
    </w:p>
    <w:p>
      <w:r>
        <w:rPr>
          <w:rFonts w:ascii="Open Sans" w:hAnsi="Open Sans"/>
          <w:sz w:val="23"/>
        </w:rPr>
        <w:t>Asian Desert Warbler Curruca nana</w:t>
      </w:r>
    </w:p>
    <w:p>
      <w:r>
        <w:rPr>
          <w:rFonts w:ascii="Open Sans" w:hAnsi="Open Sans"/>
          <w:sz w:val="23"/>
        </w:rPr>
        <w:t>Menetries’s Warbler Curruca mystacea</w:t>
      </w:r>
    </w:p>
    <w:p>
      <w:r>
        <w:rPr>
          <w:rFonts w:ascii="Open Sans" w:hAnsi="Open Sans"/>
          <w:sz w:val="23"/>
        </w:rPr>
        <w:t>Common Whitethroat Curruca communis</w:t>
      </w:r>
    </w:p>
    <w:p>
      <w:r>
        <w:rPr>
          <w:rFonts w:ascii="Open Sans" w:hAnsi="Open Sans"/>
          <w:sz w:val="23"/>
        </w:rPr>
        <w:t>Afghan Babbler Argya huttoni salvadorii</w:t>
      </w:r>
    </w:p>
    <w:p>
      <w:r>
        <w:rPr>
          <w:rFonts w:ascii="Open Sans" w:hAnsi="Open Sans"/>
          <w:sz w:val="23"/>
        </w:rPr>
        <w:t>Grey Hypocolius Hypocolius ampelinus</w:t>
      </w:r>
    </w:p>
    <w:p>
      <w:r>
        <w:rPr>
          <w:rFonts w:ascii="Open Sans" w:hAnsi="Open Sans"/>
          <w:sz w:val="23"/>
        </w:rPr>
        <w:t>Goldcrest Regulus regulus</w:t>
      </w:r>
    </w:p>
    <w:p>
      <w:r>
        <w:rPr>
          <w:rFonts w:ascii="Open Sans" w:hAnsi="Open Sans"/>
          <w:sz w:val="23"/>
        </w:rPr>
        <w:t>Eurasian Wren Troglodytes troglodytes</w:t>
      </w:r>
    </w:p>
    <w:p>
      <w:r>
        <w:rPr>
          <w:rFonts w:ascii="Open Sans" w:hAnsi="Open Sans"/>
          <w:sz w:val="23"/>
        </w:rPr>
        <w:t>Common Starling Sturnus vulgaris</w:t>
      </w:r>
    </w:p>
    <w:p>
      <w:r>
        <w:rPr>
          <w:rFonts w:ascii="Open Sans" w:hAnsi="Open Sans"/>
          <w:sz w:val="23"/>
        </w:rPr>
        <w:t>Rosy Starling Pastor roseus</w:t>
      </w:r>
    </w:p>
    <w:p>
      <w:r>
        <w:rPr>
          <w:rFonts w:ascii="Open Sans" w:hAnsi="Open Sans"/>
          <w:sz w:val="23"/>
        </w:rPr>
        <w:t>Bank Myna Acridotheres ginginianus (Category C)</w:t>
      </w:r>
    </w:p>
    <w:p>
      <w:r>
        <w:rPr>
          <w:rFonts w:ascii="Open Sans" w:hAnsi="Open Sans"/>
          <w:sz w:val="23"/>
        </w:rPr>
        <w:t>Common Myna Acridotheres tristis (Category C)</w:t>
      </w:r>
    </w:p>
    <w:p>
      <w:r>
        <w:rPr>
          <w:rFonts w:ascii="Open Sans" w:hAnsi="Open Sans"/>
          <w:sz w:val="23"/>
        </w:rPr>
        <w:t>Mistle Thrush Turdus viscivorus</w:t>
      </w:r>
    </w:p>
    <w:p>
      <w:r>
        <w:rPr>
          <w:rFonts w:ascii="Open Sans" w:hAnsi="Open Sans"/>
          <w:sz w:val="23"/>
        </w:rPr>
        <w:t>Song Thrush Turdus philomelos</w:t>
      </w:r>
    </w:p>
    <w:p>
      <w:r>
        <w:rPr>
          <w:rFonts w:ascii="Open Sans" w:hAnsi="Open Sans"/>
          <w:sz w:val="23"/>
        </w:rPr>
        <w:t>Redwing Turdus iliacus</w:t>
      </w:r>
    </w:p>
    <w:p>
      <w:r>
        <w:rPr>
          <w:rFonts w:ascii="Open Sans" w:hAnsi="Open Sans"/>
          <w:sz w:val="23"/>
        </w:rPr>
        <w:t>Common Blackbird Turdus merula</w:t>
      </w:r>
    </w:p>
    <w:p>
      <w:r>
        <w:rPr>
          <w:rFonts w:ascii="Open Sans" w:hAnsi="Open Sans"/>
          <w:sz w:val="23"/>
        </w:rPr>
        <w:t>Fieldfare Turdus pilaris</w:t>
      </w:r>
    </w:p>
    <w:p>
      <w:r>
        <w:rPr>
          <w:rFonts w:ascii="Open Sans" w:hAnsi="Open Sans"/>
          <w:sz w:val="23"/>
        </w:rPr>
        <w:t>Ring Ouzel Turdus torquatus</w:t>
      </w:r>
    </w:p>
    <w:p>
      <w:r>
        <w:rPr>
          <w:rFonts w:ascii="Open Sans" w:hAnsi="Open Sans"/>
          <w:sz w:val="23"/>
        </w:rPr>
        <w:t>Black-throated Thrush Turdus atrogularis</w:t>
      </w:r>
    </w:p>
    <w:p>
      <w:r>
        <w:rPr>
          <w:rFonts w:ascii="Open Sans" w:hAnsi="Open Sans"/>
          <w:sz w:val="23"/>
        </w:rPr>
        <w:t>Dusky Thrush Turdus eunomus</w:t>
      </w:r>
    </w:p>
    <w:p>
      <w:r>
        <w:rPr>
          <w:rFonts w:ascii="Open Sans" w:hAnsi="Open Sans"/>
          <w:sz w:val="23"/>
        </w:rPr>
        <w:t>Black Scrub Robin Cercotrichas podobe</w:t>
      </w:r>
    </w:p>
    <w:p>
      <w:r>
        <w:rPr>
          <w:rFonts w:ascii="Open Sans" w:hAnsi="Open Sans"/>
          <w:sz w:val="23"/>
        </w:rPr>
        <w:t>Rufous-tailed Scrub Robin Cercotrichas galactotes</w:t>
      </w:r>
    </w:p>
    <w:p>
      <w:r>
        <w:rPr>
          <w:rFonts w:ascii="Open Sans" w:hAnsi="Open Sans"/>
          <w:sz w:val="23"/>
        </w:rPr>
        <w:t>Spotted Flycatcher Muscicapa striata</w:t>
      </w:r>
    </w:p>
    <w:p>
      <w:r>
        <w:rPr>
          <w:rFonts w:ascii="Open Sans" w:hAnsi="Open Sans"/>
          <w:sz w:val="23"/>
        </w:rPr>
        <w:t>European Robin Erithacus rubecula</w:t>
      </w:r>
    </w:p>
    <w:p>
      <w:r>
        <w:rPr>
          <w:rFonts w:ascii="Open Sans" w:hAnsi="Open Sans"/>
          <w:sz w:val="23"/>
        </w:rPr>
        <w:t>White-throated Robin Irania gutturalis</w:t>
      </w:r>
    </w:p>
    <w:p>
      <w:r>
        <w:rPr>
          <w:rFonts w:ascii="Open Sans" w:hAnsi="Open Sans"/>
          <w:sz w:val="23"/>
        </w:rPr>
        <w:t>Thrush Nightingale Luscinia luscinia</w:t>
      </w:r>
    </w:p>
    <w:p>
      <w:r>
        <w:rPr>
          <w:rFonts w:ascii="Open Sans" w:hAnsi="Open Sans"/>
          <w:sz w:val="23"/>
        </w:rPr>
        <w:t>Common Nightingale Luscinia megarhynchos</w:t>
      </w:r>
    </w:p>
    <w:p>
      <w:r>
        <w:rPr>
          <w:rFonts w:ascii="Open Sans" w:hAnsi="Open Sans"/>
          <w:sz w:val="23"/>
        </w:rPr>
        <w:t>Bluethroat Luscinia svecica</w:t>
      </w:r>
    </w:p>
    <w:p>
      <w:r>
        <w:rPr>
          <w:rFonts w:ascii="Open Sans" w:hAnsi="Open Sans"/>
          <w:sz w:val="23"/>
        </w:rPr>
        <w:t>Red-breasted Flycatcher Ficedula parva</w:t>
      </w:r>
    </w:p>
    <w:p>
      <w:r>
        <w:rPr>
          <w:rFonts w:ascii="Open Sans" w:hAnsi="Open Sans"/>
          <w:sz w:val="23"/>
        </w:rPr>
        <w:t>Taiga Flycatcher Ficedula albicilla</w:t>
      </w:r>
    </w:p>
    <w:p>
      <w:r>
        <w:rPr>
          <w:rFonts w:ascii="Open Sans" w:hAnsi="Open Sans"/>
          <w:sz w:val="23"/>
        </w:rPr>
        <w:t>Semicollared Flycatcher Ficedula semitorquata</w:t>
      </w:r>
    </w:p>
    <w:p>
      <w:r>
        <w:rPr>
          <w:rFonts w:ascii="Open Sans" w:hAnsi="Open Sans"/>
          <w:sz w:val="23"/>
        </w:rPr>
        <w:t>Collared Flycatcher Ficedula albicollis</w:t>
      </w:r>
    </w:p>
    <w:p>
      <w:r>
        <w:rPr>
          <w:rFonts w:ascii="Open Sans" w:hAnsi="Open Sans"/>
          <w:sz w:val="23"/>
        </w:rPr>
        <w:t>European Pied Flycatcher Ficedula hypoleuca</w:t>
      </w:r>
    </w:p>
    <w:p>
      <w:r>
        <w:rPr>
          <w:rFonts w:ascii="Open Sans" w:hAnsi="Open Sans"/>
          <w:sz w:val="23"/>
        </w:rPr>
        <w:t>Eversmann’s Redstart Phoenicurus erythronotus</w:t>
      </w:r>
    </w:p>
    <w:p>
      <w:r>
        <w:rPr>
          <w:rFonts w:ascii="Open Sans" w:hAnsi="Open Sans"/>
          <w:sz w:val="23"/>
        </w:rPr>
        <w:t>Black Redstart Phoenicurus ochruros</w:t>
      </w:r>
    </w:p>
    <w:p>
      <w:r>
        <w:rPr>
          <w:rFonts w:ascii="Open Sans" w:hAnsi="Open Sans"/>
          <w:sz w:val="23"/>
        </w:rPr>
        <w:t>Common Redstart Phoenicurus phoenicurus</w:t>
      </w:r>
    </w:p>
    <w:p>
      <w:r>
        <w:rPr>
          <w:rFonts w:ascii="Open Sans" w:hAnsi="Open Sans"/>
          <w:sz w:val="23"/>
        </w:rPr>
        <w:t>Common Rock Thrush Monticola saxatilis</w:t>
      </w:r>
    </w:p>
    <w:p>
      <w:r>
        <w:rPr>
          <w:rFonts w:ascii="Open Sans" w:hAnsi="Open Sans"/>
          <w:sz w:val="23"/>
        </w:rPr>
        <w:t>Blue Rock Thrush Monticola solitarius</w:t>
      </w:r>
    </w:p>
    <w:p>
      <w:r>
        <w:rPr>
          <w:rFonts w:ascii="Open Sans" w:hAnsi="Open Sans"/>
          <w:sz w:val="23"/>
        </w:rPr>
        <w:t>Whinchat Saxicola rubetra</w:t>
      </w:r>
    </w:p>
    <w:p>
      <w:r>
        <w:rPr>
          <w:rFonts w:ascii="Open Sans" w:hAnsi="Open Sans"/>
          <w:sz w:val="23"/>
        </w:rPr>
        <w:t>Pied Bush Chat Saxicola caprata</w:t>
      </w:r>
    </w:p>
    <w:p>
      <w:r>
        <w:rPr>
          <w:rFonts w:ascii="Open Sans" w:hAnsi="Open Sans"/>
          <w:sz w:val="23"/>
        </w:rPr>
        <w:t>Siberian Stonechat Saxicola maurus</w:t>
      </w:r>
    </w:p>
    <w:p>
      <w:r>
        <w:rPr>
          <w:rFonts w:ascii="Open Sans" w:hAnsi="Open Sans"/>
          <w:sz w:val="23"/>
        </w:rPr>
        <w:t>European Stonechat Saxicola rubicola</w:t>
      </w:r>
    </w:p>
    <w:p>
      <w:r>
        <w:rPr>
          <w:rFonts w:ascii="Open Sans" w:hAnsi="Open Sans"/>
          <w:sz w:val="23"/>
        </w:rPr>
        <w:t>Hooded Wheatear Oenanthe monacha</w:t>
      </w:r>
    </w:p>
    <w:p>
      <w:r>
        <w:rPr>
          <w:rFonts w:ascii="Open Sans" w:hAnsi="Open Sans"/>
          <w:sz w:val="23"/>
        </w:rPr>
        <w:t>Desert Wheatear Oenanthe deserti</w:t>
      </w:r>
    </w:p>
    <w:p>
      <w:r>
        <w:rPr>
          <w:rFonts w:ascii="Open Sans" w:hAnsi="Open Sans"/>
          <w:sz w:val="23"/>
        </w:rPr>
        <w:t>Pied Wheatear Oenanthe pleschanka</w:t>
      </w:r>
    </w:p>
    <w:p>
      <w:r>
        <w:rPr>
          <w:rFonts w:ascii="Open Sans" w:hAnsi="Open Sans"/>
          <w:sz w:val="23"/>
        </w:rPr>
        <w:t>Eastern Black-eared Wheatear Oenanthe melanoleuca</w:t>
      </w:r>
    </w:p>
    <w:p>
      <w:r>
        <w:rPr>
          <w:rFonts w:ascii="Open Sans" w:hAnsi="Open Sans"/>
          <w:sz w:val="23"/>
        </w:rPr>
        <w:t>Northern Wheatear Oenanthe oenanthe</w:t>
      </w:r>
    </w:p>
    <w:p>
      <w:r>
        <w:rPr>
          <w:rFonts w:ascii="Open Sans" w:hAnsi="Open Sans"/>
          <w:sz w:val="23"/>
        </w:rPr>
        <w:t>Isabelline Wheatear Oenanthe isabellina</w:t>
      </w:r>
    </w:p>
    <w:p>
      <w:r>
        <w:rPr>
          <w:rFonts w:ascii="Open Sans" w:hAnsi="Open Sans"/>
          <w:sz w:val="23"/>
        </w:rPr>
        <w:t>Variable Wheatear Oenanthe picata</w:t>
      </w:r>
    </w:p>
    <w:p>
      <w:r>
        <w:rPr>
          <w:rFonts w:ascii="Open Sans" w:hAnsi="Open Sans"/>
          <w:sz w:val="23"/>
        </w:rPr>
        <w:t>Hume’s Wheatear Oenanthe albonigra</w:t>
      </w:r>
    </w:p>
    <w:p>
      <w:r>
        <w:rPr>
          <w:rFonts w:ascii="Open Sans" w:hAnsi="Open Sans"/>
          <w:sz w:val="23"/>
        </w:rPr>
        <w:t>Finsch’s Wheatear Oenanthe finschii</w:t>
      </w:r>
    </w:p>
    <w:p>
      <w:r>
        <w:rPr>
          <w:rFonts w:ascii="Open Sans" w:hAnsi="Open Sans"/>
          <w:sz w:val="23"/>
        </w:rPr>
        <w:t>Mourning Wheatear Oenanthe lugens</w:t>
      </w:r>
    </w:p>
    <w:p>
      <w:r>
        <w:rPr>
          <w:rFonts w:ascii="Open Sans" w:hAnsi="Open Sans"/>
          <w:sz w:val="23"/>
        </w:rPr>
        <w:t>Kurdish Wheatear Oenanthe xanthoprymna</w:t>
      </w:r>
    </w:p>
    <w:p>
      <w:r>
        <w:rPr>
          <w:rFonts w:ascii="Open Sans" w:hAnsi="Open Sans"/>
          <w:sz w:val="23"/>
        </w:rPr>
        <w:t>Red-tailed Wheatear Oenanthe chrysopygia</w:t>
      </w:r>
    </w:p>
    <w:p>
      <w:r>
        <w:rPr>
          <w:rFonts w:ascii="Open Sans" w:hAnsi="Open Sans"/>
          <w:sz w:val="23"/>
        </w:rPr>
        <w:t>White-crowned Wheatear Oenanthe leucopyga</w:t>
      </w:r>
    </w:p>
    <w:p>
      <w:r>
        <w:rPr>
          <w:rFonts w:ascii="Open Sans" w:hAnsi="Open Sans"/>
          <w:sz w:val="23"/>
        </w:rPr>
        <w:t>Purple Sunbird Cinnyris asiaticus</w:t>
      </w:r>
    </w:p>
    <w:p>
      <w:r>
        <w:rPr>
          <w:rFonts w:ascii="Open Sans" w:hAnsi="Open Sans"/>
          <w:sz w:val="23"/>
        </w:rPr>
        <w:t>Rüppell’s Weaver Ploceus galbula (Category C)</w:t>
      </w:r>
    </w:p>
    <w:p>
      <w:r>
        <w:rPr>
          <w:rFonts w:ascii="Open Sans" w:hAnsi="Open Sans"/>
          <w:sz w:val="23"/>
        </w:rPr>
        <w:t>Indian Silverbill Euodice malabarica (Category C)</w:t>
      </w:r>
    </w:p>
    <w:p>
      <w:r>
        <w:rPr>
          <w:rFonts w:ascii="Open Sans" w:hAnsi="Open Sans"/>
          <w:sz w:val="23"/>
        </w:rPr>
        <w:t>Black-throated Accentor Prunella atrogularis</w:t>
      </w:r>
    </w:p>
    <w:p>
      <w:r>
        <w:rPr>
          <w:rFonts w:ascii="Open Sans" w:hAnsi="Open Sans"/>
          <w:sz w:val="23"/>
        </w:rPr>
        <w:t>Radde’s Accentor Prunella ocularis</w:t>
      </w:r>
    </w:p>
    <w:p>
      <w:r>
        <w:rPr>
          <w:rFonts w:ascii="Open Sans" w:hAnsi="Open Sans"/>
          <w:sz w:val="23"/>
        </w:rPr>
        <w:t>Dunnock Prunella modularis</w:t>
      </w:r>
    </w:p>
    <w:p>
      <w:r>
        <w:rPr>
          <w:rFonts w:ascii="Open Sans" w:hAnsi="Open Sans"/>
          <w:sz w:val="23"/>
        </w:rPr>
        <w:t>Pale Rockfinch Carpospiza brachydactyla</w:t>
      </w:r>
    </w:p>
    <w:p>
      <w:r>
        <w:rPr>
          <w:rFonts w:ascii="Open Sans" w:hAnsi="Open Sans"/>
          <w:sz w:val="23"/>
        </w:rPr>
        <w:t>Yellow-throated Sparrow Gymnoris xanthocollis</w:t>
      </w:r>
    </w:p>
    <w:p>
      <w:r>
        <w:rPr>
          <w:rFonts w:ascii="Open Sans" w:hAnsi="Open Sans"/>
          <w:sz w:val="23"/>
        </w:rPr>
        <w:t>Dead Sea Sparrow Passer moabiticus</w:t>
      </w:r>
    </w:p>
    <w:p>
      <w:r>
        <w:rPr>
          <w:rFonts w:ascii="Open Sans" w:hAnsi="Open Sans"/>
          <w:sz w:val="23"/>
        </w:rPr>
        <w:t>Spanish Sparrow Passer hispaniolensis</w:t>
      </w:r>
    </w:p>
    <w:p>
      <w:r>
        <w:rPr>
          <w:rFonts w:ascii="Open Sans" w:hAnsi="Open Sans"/>
          <w:sz w:val="23"/>
        </w:rPr>
        <w:t>House Sparrow Passer domesticus</w:t>
      </w:r>
    </w:p>
    <w:p>
      <w:r>
        <w:rPr>
          <w:rFonts w:ascii="Open Sans" w:hAnsi="Open Sans"/>
          <w:sz w:val="23"/>
        </w:rPr>
        <w:t>Forest Wagtail Dendronanthus indicus</w:t>
      </w:r>
    </w:p>
    <w:p>
      <w:r>
        <w:rPr>
          <w:rFonts w:ascii="Open Sans" w:hAnsi="Open Sans"/>
          <w:sz w:val="23"/>
        </w:rPr>
        <w:t>Grey Wagtail Motacilla cinerea</w:t>
      </w:r>
    </w:p>
    <w:p>
      <w:r>
        <w:rPr>
          <w:rFonts w:ascii="Open Sans" w:hAnsi="Open Sans"/>
          <w:sz w:val="23"/>
        </w:rPr>
        <w:t>Western Yellow Wagtail Motacilla flava</w:t>
      </w:r>
    </w:p>
    <w:p>
      <w:r>
        <w:rPr>
          <w:rFonts w:ascii="Open Sans" w:hAnsi="Open Sans"/>
          <w:sz w:val="23"/>
        </w:rPr>
        <w:t>Citrine Wagtail Motacilla citreola</w:t>
      </w:r>
    </w:p>
    <w:p>
      <w:r>
        <w:rPr>
          <w:rFonts w:ascii="Open Sans" w:hAnsi="Open Sans"/>
          <w:sz w:val="23"/>
        </w:rPr>
        <w:t>Eastern Yellow Wagtail Motacilla tschutschensis</w:t>
      </w:r>
    </w:p>
    <w:p>
      <w:r>
        <w:rPr>
          <w:rFonts w:ascii="Open Sans" w:hAnsi="Open Sans"/>
          <w:sz w:val="23"/>
        </w:rPr>
        <w:t>White Wagtail Motacilla alba</w:t>
      </w:r>
    </w:p>
    <w:p>
      <w:r>
        <w:rPr>
          <w:rFonts w:ascii="Open Sans" w:hAnsi="Open Sans"/>
          <w:sz w:val="23"/>
        </w:rPr>
        <w:t>Blyth’s Pipit Anthus godlewskii</w:t>
      </w:r>
    </w:p>
    <w:p>
      <w:r>
        <w:rPr>
          <w:rFonts w:ascii="Open Sans" w:hAnsi="Open Sans"/>
          <w:sz w:val="23"/>
        </w:rPr>
        <w:t>Tawny Pipit Anthus campestris</w:t>
      </w:r>
    </w:p>
    <w:p>
      <w:r>
        <w:rPr>
          <w:rFonts w:ascii="Open Sans" w:hAnsi="Open Sans"/>
          <w:sz w:val="23"/>
        </w:rPr>
        <w:t>Richard’s Pipit Anthus richardi</w:t>
      </w:r>
    </w:p>
    <w:p>
      <w:r>
        <w:rPr>
          <w:rFonts w:ascii="Open Sans" w:hAnsi="Open Sans"/>
          <w:sz w:val="23"/>
        </w:rPr>
        <w:t>Tree Pipit Anthus trivialis</w:t>
      </w:r>
    </w:p>
    <w:p>
      <w:r>
        <w:rPr>
          <w:rFonts w:ascii="Open Sans" w:hAnsi="Open Sans"/>
          <w:sz w:val="23"/>
        </w:rPr>
        <w:t>Olive-backed Pipit Anthus hodgsoni</w:t>
      </w:r>
    </w:p>
    <w:p>
      <w:r>
        <w:rPr>
          <w:rFonts w:ascii="Open Sans" w:hAnsi="Open Sans"/>
          <w:sz w:val="23"/>
        </w:rPr>
        <w:t>Red-throated Pipit Anthus cervinus</w:t>
      </w:r>
    </w:p>
    <w:p>
      <w:r>
        <w:rPr>
          <w:rFonts w:ascii="Open Sans" w:hAnsi="Open Sans"/>
          <w:sz w:val="23"/>
        </w:rPr>
        <w:t>Siberian Pipit Anthus japonicus</w:t>
      </w:r>
    </w:p>
    <w:p>
      <w:r>
        <w:rPr>
          <w:rFonts w:ascii="Open Sans" w:hAnsi="Open Sans"/>
          <w:sz w:val="23"/>
        </w:rPr>
        <w:t>Meadow Pipit Anthus pratensis</w:t>
      </w:r>
    </w:p>
    <w:p>
      <w:r>
        <w:rPr>
          <w:rFonts w:ascii="Open Sans" w:hAnsi="Open Sans"/>
          <w:sz w:val="23"/>
        </w:rPr>
        <w:t>Water Pipit Anthus spinoletta coutelli</w:t>
      </w:r>
    </w:p>
    <w:p>
      <w:r>
        <w:rPr>
          <w:rFonts w:ascii="Open Sans" w:hAnsi="Open Sans"/>
          <w:sz w:val="23"/>
        </w:rPr>
        <w:t>Brambling Fringilla montifringilla</w:t>
      </w:r>
    </w:p>
    <w:p>
      <w:r>
        <w:rPr>
          <w:rFonts w:ascii="Open Sans" w:hAnsi="Open Sans"/>
          <w:sz w:val="23"/>
        </w:rPr>
        <w:t>Eurasian Chaffinch Fringilla coelebs</w:t>
      </w:r>
    </w:p>
    <w:p>
      <w:r>
        <w:rPr>
          <w:rFonts w:ascii="Open Sans" w:hAnsi="Open Sans"/>
          <w:sz w:val="23"/>
        </w:rPr>
        <w:t>Hawfinch Coccothraustes coccothraustes</w:t>
      </w:r>
    </w:p>
    <w:p>
      <w:r>
        <w:rPr>
          <w:rFonts w:ascii="Open Sans" w:hAnsi="Open Sans"/>
          <w:sz w:val="23"/>
        </w:rPr>
        <w:t>Common Rosefinch Carpodacus erythrinus</w:t>
      </w:r>
    </w:p>
    <w:p>
      <w:r>
        <w:rPr>
          <w:rFonts w:ascii="Open Sans" w:hAnsi="Open Sans"/>
          <w:sz w:val="23"/>
        </w:rPr>
        <w:t>Mongolian Finch Bucanetes mongolicus</w:t>
      </w:r>
    </w:p>
    <w:p>
      <w:r>
        <w:rPr>
          <w:rFonts w:ascii="Open Sans" w:hAnsi="Open Sans"/>
          <w:sz w:val="23"/>
        </w:rPr>
        <w:t>Trumpeter Finch Bucanetes githagineus</w:t>
      </w:r>
    </w:p>
    <w:p>
      <w:r>
        <w:rPr>
          <w:rFonts w:ascii="Open Sans" w:hAnsi="Open Sans"/>
          <w:sz w:val="23"/>
        </w:rPr>
        <w:t>Desert Finch Rhodospiza obsoleta</w:t>
      </w:r>
    </w:p>
    <w:p>
      <w:r>
        <w:rPr>
          <w:rFonts w:ascii="Open Sans" w:hAnsi="Open Sans"/>
          <w:sz w:val="23"/>
        </w:rPr>
        <w:t>European Greenfinch Chloris chloris</w:t>
      </w:r>
    </w:p>
    <w:p>
      <w:r>
        <w:rPr>
          <w:rFonts w:ascii="Open Sans" w:hAnsi="Open Sans"/>
          <w:sz w:val="23"/>
        </w:rPr>
        <w:t>Common Linnet Linaria cannabina</w:t>
      </w:r>
    </w:p>
    <w:p>
      <w:r>
        <w:rPr>
          <w:rFonts w:ascii="Open Sans" w:hAnsi="Open Sans"/>
          <w:sz w:val="23"/>
        </w:rPr>
        <w:t>European Goldfinch Carduelis carduelis</w:t>
      </w:r>
    </w:p>
    <w:p>
      <w:r>
        <w:rPr>
          <w:rFonts w:ascii="Open Sans" w:hAnsi="Open Sans"/>
          <w:sz w:val="23"/>
        </w:rPr>
        <w:t>Red-fronted Serin Serinus pusillus</w:t>
      </w:r>
    </w:p>
    <w:p>
      <w:r>
        <w:rPr>
          <w:rFonts w:ascii="Open Sans" w:hAnsi="Open Sans"/>
          <w:sz w:val="23"/>
        </w:rPr>
        <w:t>Eurasian Siskin Spinus spinus</w:t>
      </w:r>
    </w:p>
    <w:p>
      <w:r>
        <w:rPr>
          <w:rFonts w:ascii="Open Sans" w:hAnsi="Open Sans"/>
          <w:sz w:val="23"/>
        </w:rPr>
        <w:t>Striolated Bunting Emberiza striolata</w:t>
      </w:r>
    </w:p>
    <w:p>
      <w:r>
        <w:rPr>
          <w:rFonts w:ascii="Open Sans" w:hAnsi="Open Sans"/>
          <w:sz w:val="23"/>
        </w:rPr>
        <w:t>Common Reed Bunting Emberiza schoeniclus</w:t>
      </w:r>
    </w:p>
    <w:p>
      <w:r>
        <w:rPr>
          <w:rFonts w:ascii="Open Sans" w:hAnsi="Open Sans"/>
          <w:sz w:val="23"/>
        </w:rPr>
        <w:t>Little Bunting Emberiza pusilla</w:t>
      </w:r>
    </w:p>
    <w:p>
      <w:r>
        <w:rPr>
          <w:rFonts w:ascii="Open Sans" w:hAnsi="Open Sans"/>
          <w:sz w:val="23"/>
        </w:rPr>
        <w:t>Rustic Bunting Emberiza rustica</w:t>
      </w:r>
    </w:p>
    <w:p>
      <w:r>
        <w:rPr>
          <w:rFonts w:ascii="Open Sans" w:hAnsi="Open Sans"/>
          <w:sz w:val="23"/>
        </w:rPr>
        <w:t>Black-headed Bunting Emberiza melanocephala</w:t>
      </w:r>
    </w:p>
    <w:p>
      <w:r>
        <w:rPr>
          <w:rFonts w:ascii="Open Sans" w:hAnsi="Open Sans"/>
          <w:sz w:val="23"/>
        </w:rPr>
        <w:t>Red-headed Bunting Emberiza bruniceps</w:t>
      </w:r>
    </w:p>
    <w:p>
      <w:r>
        <w:rPr>
          <w:rFonts w:ascii="Open Sans" w:hAnsi="Open Sans"/>
          <w:sz w:val="23"/>
        </w:rPr>
        <w:t>Corn Bunting Emberiza calandra</w:t>
      </w:r>
    </w:p>
    <w:p>
      <w:r>
        <w:rPr>
          <w:rFonts w:ascii="Open Sans" w:hAnsi="Open Sans"/>
          <w:sz w:val="23"/>
        </w:rPr>
        <w:t>Rock Bunting Emberiza cia</w:t>
      </w:r>
    </w:p>
    <w:p>
      <w:r>
        <w:rPr>
          <w:rFonts w:ascii="Open Sans" w:hAnsi="Open Sans"/>
          <w:sz w:val="23"/>
        </w:rPr>
        <w:t>Grey-necked Bunting Emberiza buchanani</w:t>
      </w:r>
    </w:p>
    <w:p>
      <w:r>
        <w:rPr>
          <w:rFonts w:ascii="Open Sans" w:hAnsi="Open Sans"/>
          <w:sz w:val="23"/>
        </w:rPr>
        <w:t>Cinereous Bunting Emberiza cineracea semenowi</w:t>
      </w:r>
    </w:p>
    <w:p>
      <w:r>
        <w:rPr>
          <w:rFonts w:ascii="Open Sans" w:hAnsi="Open Sans"/>
          <w:sz w:val="23"/>
        </w:rPr>
        <w:t>Ortolan Bunting Emberiza hortulana</w:t>
      </w:r>
    </w:p>
    <w:p>
      <w:r>
        <w:rPr>
          <w:rFonts w:ascii="Open Sans" w:hAnsi="Open Sans"/>
          <w:sz w:val="23"/>
        </w:rPr>
        <w:t>Yellowhammer Emberiza citrinella</w:t>
      </w:r>
    </w:p>
    <w:sectPr w:rsidR="00FC693F" w:rsidRPr="0006063C" w:rsidSect="00034616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